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9B4770" w14:textId="3721EDD9" w:rsidR="001E4786" w:rsidRPr="00D6737F" w:rsidRDefault="00D46157" w:rsidP="00FF43E5">
      <w:pPr>
        <w:spacing w:line="240" w:lineRule="auto"/>
        <w:jc w:val="center"/>
        <w:rPr>
          <w:rFonts w:ascii="Times New Roman" w:hAnsi="Times New Roman" w:cs="Times New Roman"/>
          <w:color w:val="000000" w:themeColor="text1"/>
          <w:lang w:val="pt-BR"/>
        </w:rPr>
      </w:pPr>
      <w:r w:rsidRPr="00D6737F">
        <w:rPr>
          <w:rFonts w:ascii="Times New Roman" w:hAnsi="Times New Roman" w:cs="Times New Roman"/>
          <w:b/>
          <w:color w:val="000000" w:themeColor="text1"/>
          <w:lang w:val="pt-BR"/>
        </w:rPr>
        <w:t xml:space="preserve">TÍTULO </w:t>
      </w:r>
      <w:r w:rsidR="00D6737F" w:rsidRPr="00D6737F">
        <w:rPr>
          <w:rFonts w:ascii="Times New Roman" w:hAnsi="Times New Roman" w:cs="Times New Roman"/>
          <w:b/>
          <w:color w:val="000000" w:themeColor="text1"/>
          <w:lang w:val="pt-BR"/>
        </w:rPr>
        <w:t>D</w:t>
      </w:r>
      <w:r w:rsidR="00D6737F">
        <w:rPr>
          <w:rFonts w:ascii="Times New Roman" w:hAnsi="Times New Roman" w:cs="Times New Roman"/>
          <w:b/>
          <w:color w:val="000000" w:themeColor="text1"/>
          <w:lang w:val="pt-BR"/>
        </w:rPr>
        <w:t>O</w:t>
      </w:r>
      <w:r w:rsidR="00974D0B" w:rsidRPr="00D6737F">
        <w:rPr>
          <w:rFonts w:ascii="Times New Roman" w:hAnsi="Times New Roman" w:cs="Times New Roman"/>
          <w:b/>
          <w:color w:val="000000" w:themeColor="text1"/>
          <w:lang w:val="pt-BR"/>
        </w:rPr>
        <w:t xml:space="preserve"> </w:t>
      </w:r>
      <w:r w:rsidR="00D6737F" w:rsidRPr="00D6737F">
        <w:rPr>
          <w:rFonts w:ascii="Times New Roman" w:hAnsi="Times New Roman" w:cs="Times New Roman"/>
          <w:b/>
          <w:color w:val="000000" w:themeColor="text1"/>
          <w:lang w:val="pt-BR"/>
        </w:rPr>
        <w:t>SIMPÓSIO</w:t>
      </w:r>
    </w:p>
    <w:p w14:paraId="00A1DD75" w14:textId="768355B0" w:rsidR="00974D0B" w:rsidRPr="00D6737F" w:rsidRDefault="00D6737F" w:rsidP="00FF43E5">
      <w:pPr>
        <w:spacing w:line="240" w:lineRule="auto"/>
        <w:jc w:val="right"/>
        <w:rPr>
          <w:rFonts w:ascii="Times New Roman" w:hAnsi="Times New Roman" w:cs="Times New Roman"/>
          <w:lang w:val="pt-BR"/>
        </w:rPr>
      </w:pPr>
      <w:r w:rsidRPr="00D6737F">
        <w:rPr>
          <w:rFonts w:ascii="Times New Roman" w:hAnsi="Times New Roman" w:cs="Times New Roman"/>
          <w:b/>
          <w:color w:val="000000" w:themeColor="text1"/>
          <w:lang w:val="pt-BR"/>
        </w:rPr>
        <w:t>COORDENAÇÃO</w:t>
      </w:r>
    </w:p>
    <w:p w14:paraId="6FDFA953" w14:textId="77777777" w:rsidR="00D6737F" w:rsidRPr="00D6737F" w:rsidRDefault="00D6737F" w:rsidP="00D6737F">
      <w:pPr>
        <w:spacing w:line="240" w:lineRule="auto"/>
        <w:jc w:val="right"/>
        <w:rPr>
          <w:rFonts w:ascii="Times New Roman" w:hAnsi="Times New Roman" w:cs="Times New Roman"/>
          <w:color w:val="000000" w:themeColor="text1"/>
          <w:lang w:val="pt-BR"/>
        </w:rPr>
      </w:pPr>
      <w:r w:rsidRPr="00D6737F">
        <w:rPr>
          <w:rFonts w:ascii="Times New Roman" w:hAnsi="Times New Roman" w:cs="Times New Roman"/>
          <w:lang w:val="pt-BR"/>
        </w:rPr>
        <w:t>Coordenador</w:t>
      </w:r>
      <w:r w:rsidR="00974D0B" w:rsidRPr="00D6737F">
        <w:rPr>
          <w:rFonts w:ascii="Times New Roman" w:hAnsi="Times New Roman" w:cs="Times New Roman"/>
          <w:lang w:val="pt-BR"/>
        </w:rPr>
        <w:t xml:space="preserve">/a 1: </w:t>
      </w:r>
      <w:r w:rsidRPr="00D6737F">
        <w:rPr>
          <w:rFonts w:ascii="Times New Roman" w:hAnsi="Times New Roman" w:cs="Times New Roman"/>
          <w:color w:val="000000" w:themeColor="text1"/>
          <w:lang w:val="pt-BR"/>
        </w:rPr>
        <w:t>Universidade ou Instituição. País. E-mail.</w:t>
      </w:r>
    </w:p>
    <w:p w14:paraId="23032FCD" w14:textId="77777777" w:rsidR="00D6737F" w:rsidRPr="00D6737F" w:rsidRDefault="00D6737F" w:rsidP="00D6737F">
      <w:pPr>
        <w:spacing w:line="240" w:lineRule="auto"/>
        <w:jc w:val="right"/>
        <w:rPr>
          <w:rFonts w:ascii="Times New Roman" w:hAnsi="Times New Roman" w:cs="Times New Roman"/>
          <w:color w:val="000000" w:themeColor="text1"/>
          <w:lang w:val="pt-BR"/>
        </w:rPr>
      </w:pPr>
      <w:r w:rsidRPr="00D6737F">
        <w:rPr>
          <w:rFonts w:ascii="Times New Roman" w:hAnsi="Times New Roman" w:cs="Times New Roman"/>
          <w:lang w:val="pt-BR"/>
        </w:rPr>
        <w:t>Coordenador</w:t>
      </w:r>
      <w:r w:rsidR="00974D0B" w:rsidRPr="00D6737F">
        <w:rPr>
          <w:rFonts w:ascii="Times New Roman" w:hAnsi="Times New Roman" w:cs="Times New Roman"/>
          <w:lang w:val="pt-BR"/>
        </w:rPr>
        <w:t xml:space="preserve">/a 2 (opcional): </w:t>
      </w:r>
      <w:r w:rsidRPr="00D6737F">
        <w:rPr>
          <w:rFonts w:ascii="Times New Roman" w:hAnsi="Times New Roman" w:cs="Times New Roman"/>
          <w:color w:val="000000" w:themeColor="text1"/>
          <w:lang w:val="pt-BR"/>
        </w:rPr>
        <w:t>Universidade ou Instituição. País. E-mail.</w:t>
      </w:r>
    </w:p>
    <w:p w14:paraId="6DDED886" w14:textId="66B17696" w:rsidR="00974D0B" w:rsidRPr="00D6737F" w:rsidRDefault="00974D0B" w:rsidP="00FF43E5">
      <w:pPr>
        <w:spacing w:line="240" w:lineRule="auto"/>
        <w:rPr>
          <w:rFonts w:ascii="Times New Roman" w:hAnsi="Times New Roman" w:cs="Times New Roman"/>
          <w:b/>
          <w:color w:val="000000" w:themeColor="text1"/>
          <w:lang w:val="pt-BR"/>
        </w:rPr>
      </w:pPr>
      <w:r w:rsidRPr="00D6737F">
        <w:rPr>
          <w:rFonts w:ascii="Times New Roman" w:hAnsi="Times New Roman" w:cs="Times New Roman"/>
          <w:b/>
          <w:color w:val="000000" w:themeColor="text1"/>
          <w:lang w:val="pt-BR"/>
        </w:rPr>
        <w:t>RESUM</w:t>
      </w:r>
      <w:r w:rsidR="00D6737F" w:rsidRPr="00D6737F">
        <w:rPr>
          <w:rFonts w:ascii="Times New Roman" w:hAnsi="Times New Roman" w:cs="Times New Roman"/>
          <w:b/>
          <w:color w:val="000000" w:themeColor="text1"/>
          <w:lang w:val="pt-BR"/>
        </w:rPr>
        <w:t>O</w:t>
      </w:r>
      <w:r w:rsidRPr="00D6737F">
        <w:rPr>
          <w:rFonts w:ascii="Times New Roman" w:hAnsi="Times New Roman" w:cs="Times New Roman"/>
          <w:b/>
          <w:color w:val="000000" w:themeColor="text1"/>
          <w:lang w:val="pt-BR"/>
        </w:rPr>
        <w:t xml:space="preserve"> </w:t>
      </w:r>
      <w:r w:rsidR="00D6737F" w:rsidRPr="00D6737F">
        <w:rPr>
          <w:rFonts w:ascii="Times New Roman" w:hAnsi="Times New Roman" w:cs="Times New Roman"/>
          <w:b/>
          <w:color w:val="000000" w:themeColor="text1"/>
          <w:lang w:val="pt-BR"/>
        </w:rPr>
        <w:t>GERAL</w:t>
      </w:r>
      <w:r w:rsidRPr="00D6737F">
        <w:rPr>
          <w:rFonts w:ascii="Times New Roman" w:hAnsi="Times New Roman" w:cs="Times New Roman"/>
          <w:b/>
          <w:color w:val="000000" w:themeColor="text1"/>
          <w:lang w:val="pt-BR"/>
        </w:rPr>
        <w:t xml:space="preserve"> D</w:t>
      </w:r>
      <w:r w:rsidR="00D6737F" w:rsidRPr="00D6737F">
        <w:rPr>
          <w:rFonts w:ascii="Times New Roman" w:hAnsi="Times New Roman" w:cs="Times New Roman"/>
          <w:b/>
          <w:color w:val="000000" w:themeColor="text1"/>
          <w:lang w:val="pt-BR"/>
        </w:rPr>
        <w:t>O</w:t>
      </w:r>
      <w:r w:rsidRPr="00D6737F">
        <w:rPr>
          <w:rFonts w:ascii="Times New Roman" w:hAnsi="Times New Roman" w:cs="Times New Roman"/>
          <w:b/>
          <w:color w:val="000000" w:themeColor="text1"/>
          <w:lang w:val="pt-BR"/>
        </w:rPr>
        <w:t xml:space="preserve"> </w:t>
      </w:r>
      <w:r w:rsidR="00D6737F" w:rsidRPr="00D6737F">
        <w:rPr>
          <w:rFonts w:ascii="Times New Roman" w:hAnsi="Times New Roman" w:cs="Times New Roman"/>
          <w:b/>
          <w:color w:val="000000" w:themeColor="text1"/>
          <w:lang w:val="pt-BR"/>
        </w:rPr>
        <w:t>SIMPÓSIO</w:t>
      </w:r>
    </w:p>
    <w:p w14:paraId="19258278" w14:textId="1C25837D" w:rsidR="00974D0B" w:rsidRPr="00D6737F" w:rsidRDefault="00D6737F" w:rsidP="00FF43E5">
      <w:pPr>
        <w:jc w:val="both"/>
        <w:rPr>
          <w:rFonts w:ascii="Times New Roman" w:hAnsi="Times New Roman" w:cs="Times New Roman"/>
          <w:i/>
          <w:iCs/>
          <w:color w:val="C00000"/>
          <w:lang w:val="pt-BR"/>
        </w:rPr>
      </w:pPr>
      <w:r w:rsidRPr="00D6737F">
        <w:rPr>
          <w:rFonts w:ascii="Times New Roman" w:hAnsi="Times New Roman" w:cs="Times New Roman"/>
          <w:b/>
          <w:bCs/>
          <w:i/>
          <w:iCs/>
          <w:color w:val="A40000"/>
          <w:lang w:val="pt-BR"/>
        </w:rPr>
        <w:t>Nota</w:t>
      </w:r>
      <w:r w:rsidR="00694AD2" w:rsidRPr="00D6737F">
        <w:rPr>
          <w:rFonts w:ascii="Times New Roman" w:hAnsi="Times New Roman" w:cs="Times New Roman"/>
          <w:i/>
          <w:iCs/>
          <w:color w:val="C00000"/>
          <w:lang w:val="pt-BR"/>
        </w:rPr>
        <w:t>:</w:t>
      </w:r>
      <w:r w:rsidR="00694AD2" w:rsidRPr="004951E3">
        <w:rPr>
          <w:rFonts w:ascii="Times New Roman" w:hAnsi="Times New Roman" w:cs="Times New Roman"/>
          <w:i/>
          <w:iCs/>
          <w:color w:val="C00000"/>
          <w:lang w:val="pt-BR"/>
        </w:rPr>
        <w:t xml:space="preserve"> </w:t>
      </w:r>
      <w:r w:rsidRPr="004951E3">
        <w:rPr>
          <w:rFonts w:ascii="Times New Roman" w:hAnsi="Times New Roman" w:cs="Times New Roman"/>
          <w:i/>
          <w:iCs/>
          <w:color w:val="C00000"/>
          <w:lang w:val="pt-BR"/>
        </w:rPr>
        <w:t>Deve ser redigido em um único parágrafo, de forma concisa, e recomenda-se que tenha entre 150 e 300 palavras.</w:t>
      </w:r>
      <w:r w:rsidR="00974D0B" w:rsidRPr="004951E3">
        <w:rPr>
          <w:rFonts w:ascii="Times New Roman" w:hAnsi="Times New Roman" w:cs="Times New Roman"/>
          <w:i/>
          <w:iCs/>
          <w:color w:val="C00000"/>
          <w:lang w:val="pt-BR"/>
        </w:rPr>
        <w:t xml:space="preserve"> </w:t>
      </w:r>
    </w:p>
    <w:p w14:paraId="46567389" w14:textId="77777777" w:rsidR="00D6737F" w:rsidRPr="00D6737F" w:rsidRDefault="00D6737F" w:rsidP="00D6737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lang w:val="pt-BR"/>
        </w:rPr>
      </w:pPr>
      <w:r w:rsidRPr="00D6737F">
        <w:rPr>
          <w:rFonts w:ascii="Times New Roman" w:hAnsi="Times New Roman" w:cs="Times New Roman"/>
          <w:b/>
          <w:color w:val="000000" w:themeColor="text1"/>
          <w:lang w:val="pt-BR"/>
        </w:rPr>
        <w:t>PALAVRAS-CHAVE</w:t>
      </w:r>
    </w:p>
    <w:p w14:paraId="7D9B1C3E" w14:textId="77777777" w:rsidR="00D6737F" w:rsidRPr="00D6737F" w:rsidRDefault="00D6737F" w:rsidP="00D6737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lang w:val="pt-BR"/>
        </w:rPr>
      </w:pPr>
      <w:r w:rsidRPr="00D6737F">
        <w:rPr>
          <w:rFonts w:ascii="Times New Roman" w:hAnsi="Times New Roman" w:cs="Times New Roman"/>
          <w:color w:val="000000" w:themeColor="text1"/>
          <w:lang w:val="pt-BR"/>
        </w:rPr>
        <w:t>Palavra 1; Palavra 2; Palavra 3; Palavra 4; Palavra 5.</w:t>
      </w:r>
    </w:p>
    <w:p w14:paraId="1A055A33" w14:textId="194DD235" w:rsidR="00974D0B" w:rsidRPr="00D6737F" w:rsidRDefault="00D6737F" w:rsidP="00FF43E5">
      <w:pPr>
        <w:jc w:val="both"/>
        <w:rPr>
          <w:rFonts w:ascii="Times New Roman" w:hAnsi="Times New Roman" w:cs="Times New Roman"/>
          <w:i/>
          <w:iCs/>
          <w:color w:val="C00000"/>
          <w:lang w:val="pt-BR"/>
        </w:rPr>
      </w:pPr>
      <w:r w:rsidRPr="00D6737F">
        <w:rPr>
          <w:rFonts w:ascii="Times New Roman" w:hAnsi="Times New Roman" w:cs="Times New Roman"/>
          <w:b/>
          <w:bCs/>
          <w:i/>
          <w:iCs/>
          <w:color w:val="A40000"/>
          <w:lang w:val="pt-BR"/>
        </w:rPr>
        <w:t>Nota</w:t>
      </w:r>
      <w:r w:rsidR="00FF43E5" w:rsidRPr="00D6737F">
        <w:rPr>
          <w:rFonts w:ascii="Times New Roman" w:hAnsi="Times New Roman" w:cs="Times New Roman"/>
          <w:i/>
          <w:iCs/>
          <w:color w:val="C00000"/>
          <w:lang w:val="pt-BR"/>
        </w:rPr>
        <w:t>:</w:t>
      </w:r>
      <w:r w:rsidR="00FF43E5" w:rsidRPr="004951E3">
        <w:rPr>
          <w:rFonts w:ascii="Times New Roman" w:hAnsi="Times New Roman" w:cs="Times New Roman"/>
          <w:i/>
          <w:iCs/>
          <w:color w:val="C00000"/>
          <w:lang w:val="pt-BR"/>
        </w:rPr>
        <w:t xml:space="preserve"> </w:t>
      </w:r>
      <w:r w:rsidRPr="004951E3">
        <w:rPr>
          <w:rFonts w:ascii="Times New Roman" w:hAnsi="Times New Roman" w:cs="Times New Roman"/>
          <w:i/>
          <w:iCs/>
          <w:color w:val="C00000"/>
          <w:lang w:val="pt-BR"/>
        </w:rPr>
        <w:t>Recomenda-se que o simpósio seja composto por 3 a 5 palestras.</w:t>
      </w:r>
    </w:p>
    <w:p w14:paraId="5682919C" w14:textId="77777777" w:rsidR="00FF43E5" w:rsidRPr="00D6737F" w:rsidRDefault="00FF43E5" w:rsidP="00FF43E5">
      <w:pPr>
        <w:jc w:val="both"/>
        <w:rPr>
          <w:rFonts w:ascii="Times New Roman" w:hAnsi="Times New Roman" w:cs="Times New Roman"/>
          <w:lang w:val="pt-BR"/>
        </w:rPr>
      </w:pPr>
    </w:p>
    <w:p w14:paraId="01F08241" w14:textId="411F43A4" w:rsidR="00D87AF7" w:rsidRPr="00D6737F" w:rsidRDefault="00D87AF7" w:rsidP="00FF43E5">
      <w:pPr>
        <w:spacing w:line="240" w:lineRule="auto"/>
        <w:rPr>
          <w:rFonts w:ascii="Times New Roman" w:hAnsi="Times New Roman" w:cs="Times New Roman"/>
          <w:color w:val="000000" w:themeColor="text1"/>
          <w:lang w:val="pt-BR"/>
        </w:rPr>
      </w:pPr>
      <w:r w:rsidRPr="00D6737F">
        <w:rPr>
          <w:rFonts w:ascii="Times New Roman" w:hAnsi="Times New Roman" w:cs="Times New Roman"/>
          <w:b/>
          <w:color w:val="000000" w:themeColor="text1"/>
          <w:lang w:val="pt-BR"/>
        </w:rPr>
        <w:t xml:space="preserve">TÍTULO DA </w:t>
      </w:r>
      <w:r w:rsidR="00D6737F" w:rsidRPr="00D6737F">
        <w:rPr>
          <w:rFonts w:ascii="Times New Roman" w:hAnsi="Times New Roman" w:cs="Times New Roman"/>
          <w:b/>
          <w:color w:val="000000" w:themeColor="text1"/>
          <w:lang w:val="pt-BR"/>
        </w:rPr>
        <w:t>APRESENTAÇÃO 1</w:t>
      </w:r>
    </w:p>
    <w:p w14:paraId="02C1B1FD" w14:textId="77777777" w:rsidR="00D87AF7" w:rsidRPr="00D6737F" w:rsidRDefault="00D87AF7" w:rsidP="00FF43E5">
      <w:pPr>
        <w:jc w:val="right"/>
        <w:rPr>
          <w:rFonts w:ascii="Times New Roman" w:hAnsi="Times New Roman" w:cs="Times New Roman"/>
          <w:lang w:val="pt-BR"/>
        </w:rPr>
      </w:pPr>
      <w:r w:rsidRPr="00D6737F">
        <w:rPr>
          <w:rFonts w:ascii="Times New Roman" w:hAnsi="Times New Roman" w:cs="Times New Roman"/>
          <w:b/>
          <w:color w:val="000000" w:themeColor="text1"/>
          <w:lang w:val="pt-BR"/>
        </w:rPr>
        <w:t>Autor 1</w:t>
      </w:r>
      <w:r w:rsidRPr="00D6737F">
        <w:rPr>
          <w:rFonts w:ascii="Times New Roman" w:hAnsi="Times New Roman" w:cs="Times New Roman"/>
          <w:b/>
          <w:color w:val="000000" w:themeColor="text1"/>
          <w:vertAlign w:val="superscript"/>
          <w:lang w:val="pt-BR"/>
        </w:rPr>
        <w:t>1</w:t>
      </w:r>
      <w:r w:rsidRPr="00D6737F">
        <w:rPr>
          <w:rFonts w:ascii="Times New Roman" w:hAnsi="Times New Roman" w:cs="Times New Roman"/>
          <w:color w:val="000000" w:themeColor="text1"/>
          <w:lang w:val="pt-BR"/>
        </w:rPr>
        <w:t xml:space="preserve">; </w:t>
      </w:r>
      <w:r w:rsidRPr="00D6737F">
        <w:rPr>
          <w:rFonts w:ascii="Times New Roman" w:hAnsi="Times New Roman" w:cs="Times New Roman"/>
          <w:b/>
          <w:color w:val="000000" w:themeColor="text1"/>
          <w:lang w:val="pt-BR"/>
        </w:rPr>
        <w:t>Autor 2</w:t>
      </w:r>
      <w:r w:rsidRPr="00D6737F">
        <w:rPr>
          <w:rFonts w:ascii="Times New Roman" w:hAnsi="Times New Roman" w:cs="Times New Roman"/>
          <w:b/>
          <w:color w:val="000000" w:themeColor="text1"/>
          <w:vertAlign w:val="superscript"/>
          <w:lang w:val="pt-BR"/>
        </w:rPr>
        <w:t>2</w:t>
      </w:r>
      <w:r w:rsidRPr="00D6737F">
        <w:rPr>
          <w:rFonts w:ascii="Times New Roman" w:hAnsi="Times New Roman" w:cs="Times New Roman"/>
          <w:color w:val="000000" w:themeColor="text1"/>
          <w:lang w:val="pt-BR"/>
        </w:rPr>
        <w:t xml:space="preserve">; </w:t>
      </w:r>
    </w:p>
    <w:p w14:paraId="5E1AE79A" w14:textId="77777777" w:rsidR="00D6737F" w:rsidRPr="00D6737F" w:rsidRDefault="00D6737F" w:rsidP="00D6737F">
      <w:pPr>
        <w:spacing w:line="240" w:lineRule="auto"/>
        <w:jc w:val="right"/>
        <w:rPr>
          <w:rFonts w:ascii="Times New Roman" w:hAnsi="Times New Roman" w:cs="Times New Roman"/>
          <w:color w:val="000000" w:themeColor="text1"/>
          <w:lang w:val="pt-BR"/>
        </w:rPr>
      </w:pPr>
      <w:bookmarkStart w:id="0" w:name="_Hlk221808791"/>
      <w:r w:rsidRPr="00D6737F">
        <w:rPr>
          <w:rFonts w:ascii="Times New Roman" w:hAnsi="Times New Roman" w:cs="Times New Roman"/>
          <w:b/>
          <w:color w:val="000000" w:themeColor="text1"/>
          <w:vertAlign w:val="superscript"/>
          <w:lang w:val="pt-BR"/>
        </w:rPr>
        <w:t>1</w:t>
      </w:r>
      <w:r w:rsidRPr="00D6737F">
        <w:rPr>
          <w:rFonts w:ascii="Times New Roman" w:hAnsi="Times New Roman" w:cs="Times New Roman"/>
          <w:color w:val="000000" w:themeColor="text1"/>
          <w:lang w:val="pt-BR"/>
        </w:rPr>
        <w:t xml:space="preserve"> Nome e sobrenome. Universidade ou Instituição. País. E-mail.</w:t>
      </w:r>
    </w:p>
    <w:p w14:paraId="4933D962" w14:textId="77777777" w:rsidR="00D6737F" w:rsidRPr="00D6737F" w:rsidRDefault="00D6737F" w:rsidP="00D6737F">
      <w:pPr>
        <w:spacing w:line="240" w:lineRule="auto"/>
        <w:jc w:val="right"/>
        <w:rPr>
          <w:rFonts w:ascii="Times New Roman" w:hAnsi="Times New Roman" w:cs="Times New Roman"/>
          <w:color w:val="000000" w:themeColor="text1"/>
          <w:lang w:val="pt-BR"/>
        </w:rPr>
      </w:pPr>
      <w:r w:rsidRPr="00D6737F">
        <w:rPr>
          <w:rFonts w:ascii="Times New Roman" w:hAnsi="Times New Roman" w:cs="Times New Roman"/>
          <w:b/>
          <w:color w:val="000000" w:themeColor="text1"/>
          <w:vertAlign w:val="superscript"/>
          <w:lang w:val="pt-BR"/>
        </w:rPr>
        <w:t>2</w:t>
      </w:r>
      <w:r w:rsidRPr="00D6737F">
        <w:rPr>
          <w:rFonts w:ascii="Times New Roman" w:hAnsi="Times New Roman" w:cs="Times New Roman"/>
          <w:color w:val="000000" w:themeColor="text1"/>
          <w:lang w:val="pt-BR"/>
        </w:rPr>
        <w:t xml:space="preserve"> Nome e sobrenome. Universidade ou Instituição. País. E-mail</w:t>
      </w:r>
    </w:p>
    <w:p w14:paraId="6E08E96C" w14:textId="77777777" w:rsidR="00D6737F" w:rsidRPr="00D6737F" w:rsidRDefault="00D6737F" w:rsidP="00D6737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lang w:val="pt-BR"/>
        </w:rPr>
      </w:pPr>
      <w:r w:rsidRPr="00D6737F">
        <w:rPr>
          <w:rFonts w:ascii="Times New Roman" w:hAnsi="Times New Roman" w:cs="Times New Roman"/>
          <w:b/>
          <w:color w:val="000000" w:themeColor="text1"/>
          <w:lang w:val="pt-BR"/>
        </w:rPr>
        <w:t>RESUMO</w:t>
      </w:r>
    </w:p>
    <w:p w14:paraId="66EFC2FA" w14:textId="77777777" w:rsidR="00D6737F" w:rsidRPr="00D6737F" w:rsidRDefault="00D6737F" w:rsidP="00D6737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lang w:val="pt-BR"/>
        </w:rPr>
      </w:pPr>
      <w:proofErr w:type="spellStart"/>
      <w:r w:rsidRPr="00D6737F">
        <w:rPr>
          <w:rFonts w:ascii="Times New Roman" w:hAnsi="Times New Roman" w:cs="Times New Roman"/>
          <w:color w:val="000000" w:themeColor="text1"/>
          <w:lang w:val="pt-BR"/>
        </w:rPr>
        <w:t>Xxxxx</w:t>
      </w:r>
      <w:proofErr w:type="spellEnd"/>
      <w:r w:rsidRPr="00D6737F">
        <w:rPr>
          <w:rFonts w:ascii="Times New Roman" w:hAnsi="Times New Roman" w:cs="Times New Roman"/>
          <w:color w:val="000000" w:themeColor="text1"/>
          <w:lang w:val="pt-BR"/>
        </w:rPr>
        <w:t xml:space="preserve">. </w:t>
      </w:r>
      <w:proofErr w:type="spellStart"/>
      <w:r w:rsidRPr="00D6737F">
        <w:rPr>
          <w:rFonts w:ascii="Times New Roman" w:hAnsi="Times New Roman" w:cs="Times New Roman"/>
          <w:color w:val="000000" w:themeColor="text1"/>
          <w:lang w:val="pt-BR"/>
        </w:rPr>
        <w:t>Xxxxx</w:t>
      </w:r>
      <w:proofErr w:type="spellEnd"/>
      <w:r w:rsidRPr="00D6737F">
        <w:rPr>
          <w:rFonts w:ascii="Times New Roman" w:hAnsi="Times New Roman" w:cs="Times New Roman"/>
          <w:color w:val="000000" w:themeColor="text1"/>
          <w:lang w:val="pt-BR"/>
        </w:rPr>
        <w:t>…</w:t>
      </w:r>
    </w:p>
    <w:p w14:paraId="1717DCA5" w14:textId="77777777" w:rsidR="00D6737F" w:rsidRPr="00D6737F" w:rsidRDefault="00D6737F" w:rsidP="00D6737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lang w:val="pt-BR"/>
        </w:rPr>
      </w:pPr>
      <w:proofErr w:type="spellStart"/>
      <w:r w:rsidRPr="00D6737F">
        <w:rPr>
          <w:rFonts w:ascii="Times New Roman" w:hAnsi="Times New Roman" w:cs="Times New Roman"/>
          <w:color w:val="000000" w:themeColor="text1"/>
          <w:lang w:val="pt-BR"/>
        </w:rPr>
        <w:t>Xxxxx</w:t>
      </w:r>
      <w:proofErr w:type="spellEnd"/>
      <w:r w:rsidRPr="00D6737F">
        <w:rPr>
          <w:rFonts w:ascii="Times New Roman" w:hAnsi="Times New Roman" w:cs="Times New Roman"/>
          <w:color w:val="000000" w:themeColor="text1"/>
          <w:lang w:val="pt-BR"/>
        </w:rPr>
        <w:t xml:space="preserve">. </w:t>
      </w:r>
      <w:proofErr w:type="spellStart"/>
      <w:r w:rsidRPr="00D6737F">
        <w:rPr>
          <w:rFonts w:ascii="Times New Roman" w:hAnsi="Times New Roman" w:cs="Times New Roman"/>
          <w:color w:val="000000" w:themeColor="text1"/>
          <w:lang w:val="pt-BR"/>
        </w:rPr>
        <w:t>Xxxxx</w:t>
      </w:r>
      <w:proofErr w:type="spellEnd"/>
      <w:r w:rsidRPr="00D6737F">
        <w:rPr>
          <w:rFonts w:ascii="Times New Roman" w:hAnsi="Times New Roman" w:cs="Times New Roman"/>
          <w:color w:val="000000" w:themeColor="text1"/>
          <w:lang w:val="pt-BR"/>
        </w:rPr>
        <w:t>…</w:t>
      </w:r>
    </w:p>
    <w:p w14:paraId="09786808" w14:textId="77777777" w:rsidR="00D6737F" w:rsidRPr="00D6737F" w:rsidRDefault="00D6737F" w:rsidP="00D6737F">
      <w:pPr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A40000"/>
          <w:lang w:val="pt-BR"/>
        </w:rPr>
      </w:pPr>
      <w:r w:rsidRPr="00D6737F">
        <w:rPr>
          <w:rFonts w:ascii="Times New Roman" w:hAnsi="Times New Roman" w:cs="Times New Roman"/>
          <w:b/>
          <w:bCs/>
          <w:i/>
          <w:iCs/>
          <w:color w:val="A40000"/>
          <w:lang w:val="pt-BR"/>
        </w:rPr>
        <w:t>Nota:</w:t>
      </w:r>
      <w:r w:rsidRPr="00D6737F">
        <w:rPr>
          <w:rFonts w:ascii="Times New Roman" w:hAnsi="Times New Roman" w:cs="Times New Roman"/>
          <w:i/>
          <w:iCs/>
          <w:color w:val="A40000"/>
          <w:lang w:val="pt-BR"/>
        </w:rPr>
        <w:t xml:space="preserve"> Recomenda-se que o resumo seja redigido de forma concisa. Também é recomendado que tenha entre 300 e 500 palavras. São aceitos trabalhos empíricos, teóricos e metodológicos. Recomenda-se que inclua diversos tópicos, como Introdução, Metodologia, Resultados, Discussão e/ou Conclusões.</w:t>
      </w:r>
    </w:p>
    <w:p w14:paraId="6B3BB652" w14:textId="77777777" w:rsidR="00D6737F" w:rsidRPr="00D6737F" w:rsidRDefault="00D6737F" w:rsidP="00D6737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lang w:val="pt-BR"/>
        </w:rPr>
      </w:pPr>
      <w:r w:rsidRPr="00D6737F">
        <w:rPr>
          <w:rFonts w:ascii="Times New Roman" w:hAnsi="Times New Roman" w:cs="Times New Roman"/>
          <w:b/>
          <w:color w:val="000000" w:themeColor="text1"/>
          <w:lang w:val="pt-BR"/>
        </w:rPr>
        <w:t>PALAVRAS-CHAVE</w:t>
      </w:r>
    </w:p>
    <w:p w14:paraId="6CCE6990" w14:textId="77777777" w:rsidR="00D6737F" w:rsidRPr="00D6737F" w:rsidRDefault="00D6737F" w:rsidP="00D6737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lang w:val="pt-BR"/>
        </w:rPr>
      </w:pPr>
      <w:r w:rsidRPr="00D6737F">
        <w:rPr>
          <w:rFonts w:ascii="Times New Roman" w:hAnsi="Times New Roman" w:cs="Times New Roman"/>
          <w:color w:val="000000" w:themeColor="text1"/>
          <w:lang w:val="pt-BR"/>
        </w:rPr>
        <w:t>Palavra 1; Palavra 2; Palavra 3; Palavra 4; Palavra 5.</w:t>
      </w:r>
    </w:p>
    <w:p w14:paraId="45B4AA3B" w14:textId="77777777" w:rsidR="00D6737F" w:rsidRPr="00D6737F" w:rsidRDefault="00D6737F" w:rsidP="00D6737F">
      <w:pPr>
        <w:spacing w:line="240" w:lineRule="auto"/>
        <w:jc w:val="both"/>
        <w:rPr>
          <w:rFonts w:ascii="Times New Roman" w:hAnsi="Times New Roman" w:cs="Times New Roman"/>
          <w:b/>
          <w:color w:val="000000" w:themeColor="text1"/>
          <w:lang w:val="pt-BR"/>
        </w:rPr>
      </w:pPr>
      <w:r w:rsidRPr="00D6737F">
        <w:rPr>
          <w:rFonts w:ascii="Times New Roman" w:hAnsi="Times New Roman" w:cs="Times New Roman"/>
          <w:b/>
          <w:color w:val="000000" w:themeColor="text1"/>
          <w:lang w:val="pt-BR"/>
        </w:rPr>
        <w:t>REFERÊNCIAS BIBLIOGRÁFICAS</w:t>
      </w:r>
    </w:p>
    <w:p w14:paraId="3EF36915" w14:textId="77777777" w:rsidR="00D6737F" w:rsidRPr="00D6737F" w:rsidRDefault="00D6737F" w:rsidP="00D6737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lang w:val="pt-BR"/>
        </w:rPr>
      </w:pPr>
      <w:proofErr w:type="spellStart"/>
      <w:r w:rsidRPr="00D6737F">
        <w:rPr>
          <w:rFonts w:ascii="Times New Roman" w:hAnsi="Times New Roman" w:cs="Times New Roman"/>
          <w:color w:val="000000" w:themeColor="text1"/>
          <w:lang w:val="pt-BR"/>
        </w:rPr>
        <w:t>Xxxxx</w:t>
      </w:r>
      <w:proofErr w:type="spellEnd"/>
      <w:r w:rsidRPr="00D6737F">
        <w:rPr>
          <w:rFonts w:ascii="Times New Roman" w:hAnsi="Times New Roman" w:cs="Times New Roman"/>
          <w:color w:val="000000" w:themeColor="text1"/>
          <w:lang w:val="pt-BR"/>
        </w:rPr>
        <w:t xml:space="preserve">. </w:t>
      </w:r>
      <w:proofErr w:type="spellStart"/>
      <w:r w:rsidRPr="00D6737F">
        <w:rPr>
          <w:rFonts w:ascii="Times New Roman" w:hAnsi="Times New Roman" w:cs="Times New Roman"/>
          <w:color w:val="000000" w:themeColor="text1"/>
          <w:lang w:val="pt-BR"/>
        </w:rPr>
        <w:t>Xxxxx</w:t>
      </w:r>
      <w:proofErr w:type="spellEnd"/>
      <w:r w:rsidRPr="00D6737F">
        <w:rPr>
          <w:rFonts w:ascii="Times New Roman" w:hAnsi="Times New Roman" w:cs="Times New Roman"/>
          <w:color w:val="000000" w:themeColor="text1"/>
          <w:lang w:val="pt-BR"/>
        </w:rPr>
        <w:t>….</w:t>
      </w:r>
    </w:p>
    <w:p w14:paraId="1B1327B1" w14:textId="77777777" w:rsidR="00D6737F" w:rsidRPr="00D6737F" w:rsidRDefault="00D6737F" w:rsidP="00D6737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lang w:val="pt-BR"/>
        </w:rPr>
      </w:pPr>
      <w:proofErr w:type="spellStart"/>
      <w:r w:rsidRPr="00D6737F">
        <w:rPr>
          <w:rFonts w:ascii="Times New Roman" w:hAnsi="Times New Roman" w:cs="Times New Roman"/>
          <w:color w:val="000000" w:themeColor="text1"/>
          <w:lang w:val="pt-BR"/>
        </w:rPr>
        <w:t>Xxxxx</w:t>
      </w:r>
      <w:proofErr w:type="spellEnd"/>
      <w:r w:rsidRPr="00D6737F">
        <w:rPr>
          <w:rFonts w:ascii="Times New Roman" w:hAnsi="Times New Roman" w:cs="Times New Roman"/>
          <w:color w:val="000000" w:themeColor="text1"/>
          <w:lang w:val="pt-BR"/>
        </w:rPr>
        <w:t xml:space="preserve">. </w:t>
      </w:r>
      <w:proofErr w:type="spellStart"/>
      <w:r w:rsidRPr="00D6737F">
        <w:rPr>
          <w:rFonts w:ascii="Times New Roman" w:hAnsi="Times New Roman" w:cs="Times New Roman"/>
          <w:color w:val="000000" w:themeColor="text1"/>
          <w:lang w:val="pt-BR"/>
        </w:rPr>
        <w:t>Xxxxx</w:t>
      </w:r>
      <w:proofErr w:type="spellEnd"/>
      <w:r w:rsidRPr="00D6737F">
        <w:rPr>
          <w:rFonts w:ascii="Times New Roman" w:hAnsi="Times New Roman" w:cs="Times New Roman"/>
          <w:color w:val="000000" w:themeColor="text1"/>
          <w:lang w:val="pt-BR"/>
        </w:rPr>
        <w:t>….</w:t>
      </w:r>
    </w:p>
    <w:p w14:paraId="48E67BB4" w14:textId="77777777" w:rsidR="00D6737F" w:rsidRPr="00D6737F" w:rsidRDefault="00D6737F" w:rsidP="00D6737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lang w:val="pt-BR"/>
        </w:rPr>
      </w:pPr>
      <w:proofErr w:type="spellStart"/>
      <w:r w:rsidRPr="00D6737F">
        <w:rPr>
          <w:rFonts w:ascii="Times New Roman" w:hAnsi="Times New Roman" w:cs="Times New Roman"/>
          <w:color w:val="000000" w:themeColor="text1"/>
          <w:lang w:val="pt-BR"/>
        </w:rPr>
        <w:t>Xxxxx</w:t>
      </w:r>
      <w:proofErr w:type="spellEnd"/>
      <w:r w:rsidRPr="00D6737F">
        <w:rPr>
          <w:rFonts w:ascii="Times New Roman" w:hAnsi="Times New Roman" w:cs="Times New Roman"/>
          <w:color w:val="000000" w:themeColor="text1"/>
          <w:lang w:val="pt-BR"/>
        </w:rPr>
        <w:t xml:space="preserve">. </w:t>
      </w:r>
      <w:proofErr w:type="spellStart"/>
      <w:r w:rsidRPr="00D6737F">
        <w:rPr>
          <w:rFonts w:ascii="Times New Roman" w:hAnsi="Times New Roman" w:cs="Times New Roman"/>
          <w:color w:val="000000" w:themeColor="text1"/>
          <w:lang w:val="pt-BR"/>
        </w:rPr>
        <w:t>Xxxxx</w:t>
      </w:r>
      <w:proofErr w:type="spellEnd"/>
      <w:r w:rsidRPr="00D6737F">
        <w:rPr>
          <w:rFonts w:ascii="Times New Roman" w:hAnsi="Times New Roman" w:cs="Times New Roman"/>
          <w:color w:val="000000" w:themeColor="text1"/>
          <w:lang w:val="pt-BR"/>
        </w:rPr>
        <w:t>….</w:t>
      </w:r>
    </w:p>
    <w:p w14:paraId="4D249064" w14:textId="77777777" w:rsidR="00D6737F" w:rsidRPr="00D6737F" w:rsidRDefault="00D6737F" w:rsidP="00D6737F">
      <w:pPr>
        <w:spacing w:line="240" w:lineRule="auto"/>
        <w:jc w:val="both"/>
        <w:rPr>
          <w:rFonts w:ascii="Times New Roman" w:hAnsi="Times New Roman" w:cs="Times New Roman"/>
          <w:i/>
          <w:iCs/>
          <w:color w:val="A40000"/>
          <w:lang w:val="pt-BR"/>
        </w:rPr>
      </w:pPr>
      <w:r w:rsidRPr="00D6737F">
        <w:rPr>
          <w:rFonts w:ascii="Times New Roman" w:hAnsi="Times New Roman" w:cs="Times New Roman"/>
          <w:b/>
          <w:bCs/>
          <w:i/>
          <w:iCs/>
          <w:color w:val="A40000"/>
          <w:lang w:val="pt-BR"/>
        </w:rPr>
        <w:lastRenderedPageBreak/>
        <w:t>Nota</w:t>
      </w:r>
      <w:r w:rsidRPr="00D6737F">
        <w:rPr>
          <w:rFonts w:ascii="Times New Roman" w:hAnsi="Times New Roman" w:cs="Times New Roman"/>
          <w:i/>
          <w:iCs/>
          <w:color w:val="A40000"/>
          <w:lang w:val="pt-BR"/>
        </w:rPr>
        <w:t>: Recomenda-se que as referências sejam apresentadas no formato APA (7ª ed.). Os seguintes exemplos são modelos orientativos. Substitua autores/as, ano, título, fonte e DOI/URL pelos dados reais. Não há limite de referências. Elas devem ser organizadas em ordem alfabética. Exemplos:</w:t>
      </w:r>
    </w:p>
    <w:p w14:paraId="0EC42AAB" w14:textId="77777777" w:rsidR="00D6737F" w:rsidRPr="00D6737F" w:rsidRDefault="00D6737F" w:rsidP="00D6737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lang w:val="pt-BR"/>
        </w:rPr>
      </w:pPr>
      <w:r w:rsidRPr="00D6737F">
        <w:rPr>
          <w:rFonts w:ascii="Times New Roman" w:hAnsi="Times New Roman" w:cs="Times New Roman"/>
          <w:b/>
          <w:bCs/>
          <w:color w:val="000000" w:themeColor="text1"/>
          <w:lang w:val="pt-BR"/>
        </w:rPr>
        <w:t>Artigo de revista (com DOI)</w:t>
      </w:r>
      <w:r w:rsidRPr="00D6737F">
        <w:rPr>
          <w:rFonts w:ascii="Times New Roman" w:hAnsi="Times New Roman" w:cs="Times New Roman"/>
          <w:color w:val="000000" w:themeColor="text1"/>
          <w:lang w:val="pt-BR"/>
        </w:rPr>
        <w:t xml:space="preserve">: Sobrenome, N. N., &amp; Sobrenome, N. N. (Ano). Título do artigo em estilo de oração. </w:t>
      </w:r>
      <w:r w:rsidRPr="00D6737F">
        <w:rPr>
          <w:rFonts w:ascii="Times New Roman" w:hAnsi="Times New Roman" w:cs="Times New Roman"/>
          <w:i/>
          <w:iCs/>
          <w:color w:val="000000" w:themeColor="text1"/>
          <w:lang w:val="pt-BR"/>
        </w:rPr>
        <w:t xml:space="preserve">Título da Revista, volume </w:t>
      </w:r>
      <w:r w:rsidRPr="00D6737F">
        <w:rPr>
          <w:rFonts w:ascii="Times New Roman" w:hAnsi="Times New Roman" w:cs="Times New Roman"/>
          <w:color w:val="000000" w:themeColor="text1"/>
          <w:lang w:val="pt-BR"/>
        </w:rPr>
        <w:t xml:space="preserve">(número), </w:t>
      </w:r>
      <w:proofErr w:type="spellStart"/>
      <w:r w:rsidRPr="00D6737F">
        <w:rPr>
          <w:rFonts w:ascii="Times New Roman" w:hAnsi="Times New Roman" w:cs="Times New Roman"/>
          <w:color w:val="000000" w:themeColor="text1"/>
          <w:lang w:val="pt-BR"/>
        </w:rPr>
        <w:t>xx</w:t>
      </w:r>
      <w:proofErr w:type="spellEnd"/>
      <w:r w:rsidRPr="00D6737F">
        <w:rPr>
          <w:rFonts w:ascii="Times New Roman" w:hAnsi="Times New Roman" w:cs="Times New Roman"/>
          <w:color w:val="000000" w:themeColor="text1"/>
          <w:lang w:val="pt-BR"/>
        </w:rPr>
        <w:t>–</w:t>
      </w:r>
      <w:proofErr w:type="spellStart"/>
      <w:r w:rsidRPr="00D6737F">
        <w:rPr>
          <w:rFonts w:ascii="Times New Roman" w:hAnsi="Times New Roman" w:cs="Times New Roman"/>
          <w:color w:val="000000" w:themeColor="text1"/>
          <w:lang w:val="pt-BR"/>
        </w:rPr>
        <w:t>xx</w:t>
      </w:r>
      <w:proofErr w:type="spellEnd"/>
      <w:r w:rsidRPr="00D6737F">
        <w:rPr>
          <w:rFonts w:ascii="Times New Roman" w:hAnsi="Times New Roman" w:cs="Times New Roman"/>
          <w:color w:val="000000" w:themeColor="text1"/>
          <w:lang w:val="pt-BR"/>
        </w:rPr>
        <w:t>. https://doi.org/xxxxx</w:t>
      </w:r>
    </w:p>
    <w:p w14:paraId="16A58989" w14:textId="77777777" w:rsidR="00D6737F" w:rsidRPr="00D6737F" w:rsidRDefault="00D6737F" w:rsidP="00D6737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lang w:val="pt-BR"/>
        </w:rPr>
      </w:pPr>
      <w:r w:rsidRPr="00D6737F">
        <w:rPr>
          <w:rFonts w:ascii="Times New Roman" w:hAnsi="Times New Roman" w:cs="Times New Roman"/>
          <w:b/>
          <w:bCs/>
          <w:color w:val="000000" w:themeColor="text1"/>
          <w:lang w:val="pt-BR"/>
        </w:rPr>
        <w:t>Livro</w:t>
      </w:r>
      <w:r w:rsidRPr="00D6737F">
        <w:rPr>
          <w:rFonts w:ascii="Times New Roman" w:hAnsi="Times New Roman" w:cs="Times New Roman"/>
          <w:color w:val="000000" w:themeColor="text1"/>
          <w:lang w:val="pt-BR"/>
        </w:rPr>
        <w:t xml:space="preserve">: Sobrenome, N. N. (Ano). </w:t>
      </w:r>
      <w:r w:rsidRPr="00D6737F">
        <w:rPr>
          <w:rFonts w:ascii="Times New Roman" w:hAnsi="Times New Roman" w:cs="Times New Roman"/>
          <w:i/>
          <w:iCs/>
          <w:color w:val="000000" w:themeColor="text1"/>
          <w:lang w:val="pt-BR"/>
        </w:rPr>
        <w:t>Título do livro: Subtítulo</w:t>
      </w:r>
      <w:r w:rsidRPr="00D6737F">
        <w:rPr>
          <w:rFonts w:ascii="Times New Roman" w:hAnsi="Times New Roman" w:cs="Times New Roman"/>
          <w:color w:val="000000" w:themeColor="text1"/>
          <w:lang w:val="pt-BR"/>
        </w:rPr>
        <w:t>. Editorial.</w:t>
      </w:r>
    </w:p>
    <w:p w14:paraId="679A1513" w14:textId="77777777" w:rsidR="00D6737F" w:rsidRPr="00D6737F" w:rsidRDefault="00D6737F" w:rsidP="00D6737F">
      <w:pPr>
        <w:spacing w:line="240" w:lineRule="auto"/>
        <w:ind w:left="720"/>
        <w:jc w:val="both"/>
        <w:rPr>
          <w:rFonts w:ascii="Times New Roman" w:hAnsi="Times New Roman" w:cs="Times New Roman"/>
          <w:color w:val="000000" w:themeColor="text1"/>
          <w:lang w:val="pt-BR"/>
        </w:rPr>
      </w:pPr>
      <w:r w:rsidRPr="00D6737F">
        <w:rPr>
          <w:rFonts w:ascii="Times New Roman" w:hAnsi="Times New Roman" w:cs="Times New Roman"/>
          <w:color w:val="000000" w:themeColor="text1"/>
          <w:lang w:val="pt-BR"/>
        </w:rPr>
        <w:t xml:space="preserve">Sobrenome, N. N. (Ano). Título do capítulo em N. Sobrenome &amp; N. Sobrenome (Ed.), </w:t>
      </w:r>
      <w:r w:rsidRPr="00D6737F">
        <w:rPr>
          <w:rFonts w:ascii="Times New Roman" w:hAnsi="Times New Roman" w:cs="Times New Roman"/>
          <w:i/>
          <w:iCs/>
          <w:color w:val="000000" w:themeColor="text1"/>
          <w:lang w:val="pt-BR"/>
        </w:rPr>
        <w:t>Título do livro</w:t>
      </w:r>
      <w:r w:rsidRPr="00D6737F">
        <w:rPr>
          <w:rFonts w:ascii="Times New Roman" w:hAnsi="Times New Roman" w:cs="Times New Roman"/>
          <w:color w:val="000000" w:themeColor="text1"/>
          <w:lang w:val="pt-BR"/>
        </w:rPr>
        <w:t xml:space="preserve"> (pp. </w:t>
      </w:r>
      <w:proofErr w:type="spellStart"/>
      <w:r w:rsidRPr="00D6737F">
        <w:rPr>
          <w:rFonts w:ascii="Times New Roman" w:hAnsi="Times New Roman" w:cs="Times New Roman"/>
          <w:color w:val="000000" w:themeColor="text1"/>
          <w:lang w:val="pt-BR"/>
        </w:rPr>
        <w:t>xx</w:t>
      </w:r>
      <w:proofErr w:type="spellEnd"/>
      <w:r w:rsidRPr="00D6737F">
        <w:rPr>
          <w:rFonts w:ascii="Times New Roman" w:hAnsi="Times New Roman" w:cs="Times New Roman"/>
          <w:color w:val="000000" w:themeColor="text1"/>
          <w:lang w:val="pt-BR"/>
        </w:rPr>
        <w:t>–</w:t>
      </w:r>
      <w:proofErr w:type="spellStart"/>
      <w:r w:rsidRPr="00D6737F">
        <w:rPr>
          <w:rFonts w:ascii="Times New Roman" w:hAnsi="Times New Roman" w:cs="Times New Roman"/>
          <w:color w:val="000000" w:themeColor="text1"/>
          <w:lang w:val="pt-BR"/>
        </w:rPr>
        <w:t>xx</w:t>
      </w:r>
      <w:proofErr w:type="spellEnd"/>
      <w:r w:rsidRPr="00D6737F">
        <w:rPr>
          <w:rFonts w:ascii="Times New Roman" w:hAnsi="Times New Roman" w:cs="Times New Roman"/>
          <w:color w:val="000000" w:themeColor="text1"/>
          <w:lang w:val="pt-BR"/>
        </w:rPr>
        <w:t>). Editorial.</w:t>
      </w:r>
    </w:p>
    <w:p w14:paraId="1D275E9C" w14:textId="77777777" w:rsidR="00D6737F" w:rsidRPr="00D6737F" w:rsidRDefault="00D6737F" w:rsidP="00D6737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lang w:val="pt-BR"/>
        </w:rPr>
      </w:pPr>
      <w:r w:rsidRPr="00D6737F">
        <w:rPr>
          <w:rFonts w:ascii="Times New Roman" w:hAnsi="Times New Roman" w:cs="Times New Roman"/>
          <w:b/>
          <w:bCs/>
          <w:color w:val="000000" w:themeColor="text1"/>
          <w:lang w:val="pt-BR"/>
        </w:rPr>
        <w:t>Noticia (imprensa online)</w:t>
      </w:r>
      <w:r w:rsidRPr="00D6737F">
        <w:rPr>
          <w:rFonts w:ascii="Times New Roman" w:hAnsi="Times New Roman" w:cs="Times New Roman"/>
          <w:color w:val="000000" w:themeColor="text1"/>
          <w:lang w:val="pt-BR"/>
        </w:rPr>
        <w:t xml:space="preserve">: Sobrenome, N. N. (Ano, dia de mês). Título da notícia. </w:t>
      </w:r>
      <w:r w:rsidRPr="00D6737F">
        <w:rPr>
          <w:rFonts w:ascii="Times New Roman" w:hAnsi="Times New Roman" w:cs="Times New Roman"/>
          <w:i/>
          <w:iCs/>
          <w:color w:val="000000" w:themeColor="text1"/>
          <w:lang w:val="pt-BR"/>
        </w:rPr>
        <w:t>Nome do veículo de comunicação</w:t>
      </w:r>
      <w:r w:rsidRPr="00D6737F">
        <w:rPr>
          <w:rFonts w:ascii="Times New Roman" w:hAnsi="Times New Roman" w:cs="Times New Roman"/>
          <w:color w:val="000000" w:themeColor="text1"/>
          <w:lang w:val="pt-BR"/>
        </w:rPr>
        <w:t>. URL</w:t>
      </w:r>
      <w:bookmarkEnd w:id="0"/>
    </w:p>
    <w:p w14:paraId="499BB46E" w14:textId="77777777" w:rsidR="00D87AF7" w:rsidRPr="00D6737F" w:rsidRDefault="00D87AF7" w:rsidP="00FF43E5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lang w:val="pt-BR"/>
        </w:rPr>
      </w:pPr>
    </w:p>
    <w:p w14:paraId="29169155" w14:textId="68A976F2" w:rsidR="00D6737F" w:rsidRPr="00D6737F" w:rsidRDefault="00D6737F" w:rsidP="00D6737F">
      <w:pPr>
        <w:spacing w:line="240" w:lineRule="auto"/>
        <w:rPr>
          <w:rFonts w:ascii="Times New Roman" w:hAnsi="Times New Roman" w:cs="Times New Roman"/>
          <w:color w:val="000000" w:themeColor="text1"/>
          <w:lang w:val="pt-BR"/>
        </w:rPr>
      </w:pPr>
      <w:r w:rsidRPr="00D6737F">
        <w:rPr>
          <w:rFonts w:ascii="Times New Roman" w:hAnsi="Times New Roman" w:cs="Times New Roman"/>
          <w:b/>
          <w:color w:val="000000" w:themeColor="text1"/>
          <w:lang w:val="pt-BR"/>
        </w:rPr>
        <w:t xml:space="preserve">TÍTULO DA APRESENTAÇÃO </w:t>
      </w:r>
      <w:r>
        <w:rPr>
          <w:rFonts w:ascii="Times New Roman" w:hAnsi="Times New Roman" w:cs="Times New Roman"/>
          <w:b/>
          <w:color w:val="000000" w:themeColor="text1"/>
          <w:lang w:val="pt-BR"/>
        </w:rPr>
        <w:t>2</w:t>
      </w:r>
    </w:p>
    <w:p w14:paraId="61D24284" w14:textId="77777777" w:rsidR="00D6737F" w:rsidRPr="00D6737F" w:rsidRDefault="00D6737F" w:rsidP="00D6737F">
      <w:pPr>
        <w:jc w:val="right"/>
        <w:rPr>
          <w:rFonts w:ascii="Times New Roman" w:hAnsi="Times New Roman" w:cs="Times New Roman"/>
          <w:lang w:val="pt-BR"/>
        </w:rPr>
      </w:pPr>
      <w:r w:rsidRPr="00D6737F">
        <w:rPr>
          <w:rFonts w:ascii="Times New Roman" w:hAnsi="Times New Roman" w:cs="Times New Roman"/>
          <w:b/>
          <w:color w:val="000000" w:themeColor="text1"/>
          <w:lang w:val="pt-BR"/>
        </w:rPr>
        <w:t>Autor 1</w:t>
      </w:r>
      <w:r w:rsidRPr="00D6737F">
        <w:rPr>
          <w:rFonts w:ascii="Times New Roman" w:hAnsi="Times New Roman" w:cs="Times New Roman"/>
          <w:b/>
          <w:color w:val="000000" w:themeColor="text1"/>
          <w:vertAlign w:val="superscript"/>
          <w:lang w:val="pt-BR"/>
        </w:rPr>
        <w:t>1</w:t>
      </w:r>
      <w:r w:rsidRPr="00D6737F">
        <w:rPr>
          <w:rFonts w:ascii="Times New Roman" w:hAnsi="Times New Roman" w:cs="Times New Roman"/>
          <w:color w:val="000000" w:themeColor="text1"/>
          <w:lang w:val="pt-BR"/>
        </w:rPr>
        <w:t xml:space="preserve">; </w:t>
      </w:r>
      <w:r w:rsidRPr="00D6737F">
        <w:rPr>
          <w:rFonts w:ascii="Times New Roman" w:hAnsi="Times New Roman" w:cs="Times New Roman"/>
          <w:b/>
          <w:color w:val="000000" w:themeColor="text1"/>
          <w:lang w:val="pt-BR"/>
        </w:rPr>
        <w:t>Autor 2</w:t>
      </w:r>
      <w:r w:rsidRPr="00D6737F">
        <w:rPr>
          <w:rFonts w:ascii="Times New Roman" w:hAnsi="Times New Roman" w:cs="Times New Roman"/>
          <w:b/>
          <w:color w:val="000000" w:themeColor="text1"/>
          <w:vertAlign w:val="superscript"/>
          <w:lang w:val="pt-BR"/>
        </w:rPr>
        <w:t>2</w:t>
      </w:r>
      <w:r w:rsidRPr="00D6737F">
        <w:rPr>
          <w:rFonts w:ascii="Times New Roman" w:hAnsi="Times New Roman" w:cs="Times New Roman"/>
          <w:color w:val="000000" w:themeColor="text1"/>
          <w:lang w:val="pt-BR"/>
        </w:rPr>
        <w:t xml:space="preserve">; </w:t>
      </w:r>
    </w:p>
    <w:p w14:paraId="5A4EBD95" w14:textId="77777777" w:rsidR="00D6737F" w:rsidRPr="00D6737F" w:rsidRDefault="00D6737F" w:rsidP="00D6737F">
      <w:pPr>
        <w:spacing w:line="240" w:lineRule="auto"/>
        <w:jc w:val="right"/>
        <w:rPr>
          <w:rFonts w:ascii="Times New Roman" w:hAnsi="Times New Roman" w:cs="Times New Roman"/>
          <w:color w:val="000000" w:themeColor="text1"/>
          <w:lang w:val="pt-BR"/>
        </w:rPr>
      </w:pPr>
      <w:r w:rsidRPr="00D6737F">
        <w:rPr>
          <w:rFonts w:ascii="Times New Roman" w:hAnsi="Times New Roman" w:cs="Times New Roman"/>
          <w:b/>
          <w:color w:val="000000" w:themeColor="text1"/>
          <w:vertAlign w:val="superscript"/>
          <w:lang w:val="pt-BR"/>
        </w:rPr>
        <w:t>1</w:t>
      </w:r>
      <w:r w:rsidRPr="00D6737F">
        <w:rPr>
          <w:rFonts w:ascii="Times New Roman" w:hAnsi="Times New Roman" w:cs="Times New Roman"/>
          <w:color w:val="000000" w:themeColor="text1"/>
          <w:lang w:val="pt-BR"/>
        </w:rPr>
        <w:t xml:space="preserve"> Nome e sobrenome. Universidade ou Instituição. País. E-mail.</w:t>
      </w:r>
    </w:p>
    <w:p w14:paraId="19CBF218" w14:textId="77777777" w:rsidR="00D6737F" w:rsidRPr="00D6737F" w:rsidRDefault="00D6737F" w:rsidP="00D6737F">
      <w:pPr>
        <w:spacing w:line="240" w:lineRule="auto"/>
        <w:jc w:val="right"/>
        <w:rPr>
          <w:rFonts w:ascii="Times New Roman" w:hAnsi="Times New Roman" w:cs="Times New Roman"/>
          <w:color w:val="000000" w:themeColor="text1"/>
          <w:lang w:val="pt-BR"/>
        </w:rPr>
      </w:pPr>
      <w:r w:rsidRPr="00D6737F">
        <w:rPr>
          <w:rFonts w:ascii="Times New Roman" w:hAnsi="Times New Roman" w:cs="Times New Roman"/>
          <w:b/>
          <w:color w:val="000000" w:themeColor="text1"/>
          <w:vertAlign w:val="superscript"/>
          <w:lang w:val="pt-BR"/>
        </w:rPr>
        <w:t>2</w:t>
      </w:r>
      <w:r w:rsidRPr="00D6737F">
        <w:rPr>
          <w:rFonts w:ascii="Times New Roman" w:hAnsi="Times New Roman" w:cs="Times New Roman"/>
          <w:color w:val="000000" w:themeColor="text1"/>
          <w:lang w:val="pt-BR"/>
        </w:rPr>
        <w:t xml:space="preserve"> Nome e sobrenome. Universidade ou Instituição. País. E-mail</w:t>
      </w:r>
    </w:p>
    <w:p w14:paraId="40134AF3" w14:textId="77777777" w:rsidR="00D6737F" w:rsidRPr="00D6737F" w:rsidRDefault="00D6737F" w:rsidP="00D6737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lang w:val="pt-BR"/>
        </w:rPr>
      </w:pPr>
      <w:r w:rsidRPr="00D6737F">
        <w:rPr>
          <w:rFonts w:ascii="Times New Roman" w:hAnsi="Times New Roman" w:cs="Times New Roman"/>
          <w:b/>
          <w:color w:val="000000" w:themeColor="text1"/>
          <w:lang w:val="pt-BR"/>
        </w:rPr>
        <w:t>RESUMO</w:t>
      </w:r>
    </w:p>
    <w:p w14:paraId="3F2F2A03" w14:textId="77777777" w:rsidR="00D6737F" w:rsidRPr="00D6737F" w:rsidRDefault="00D6737F" w:rsidP="00D6737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lang w:val="pt-BR"/>
        </w:rPr>
      </w:pPr>
      <w:proofErr w:type="spellStart"/>
      <w:r w:rsidRPr="00D6737F">
        <w:rPr>
          <w:rFonts w:ascii="Times New Roman" w:hAnsi="Times New Roman" w:cs="Times New Roman"/>
          <w:color w:val="000000" w:themeColor="text1"/>
          <w:lang w:val="pt-BR"/>
        </w:rPr>
        <w:t>Xxxxx</w:t>
      </w:r>
      <w:proofErr w:type="spellEnd"/>
      <w:r w:rsidRPr="00D6737F">
        <w:rPr>
          <w:rFonts w:ascii="Times New Roman" w:hAnsi="Times New Roman" w:cs="Times New Roman"/>
          <w:color w:val="000000" w:themeColor="text1"/>
          <w:lang w:val="pt-BR"/>
        </w:rPr>
        <w:t xml:space="preserve">. </w:t>
      </w:r>
      <w:proofErr w:type="spellStart"/>
      <w:r w:rsidRPr="00D6737F">
        <w:rPr>
          <w:rFonts w:ascii="Times New Roman" w:hAnsi="Times New Roman" w:cs="Times New Roman"/>
          <w:color w:val="000000" w:themeColor="text1"/>
          <w:lang w:val="pt-BR"/>
        </w:rPr>
        <w:t>Xxxxx</w:t>
      </w:r>
      <w:proofErr w:type="spellEnd"/>
      <w:r w:rsidRPr="00D6737F">
        <w:rPr>
          <w:rFonts w:ascii="Times New Roman" w:hAnsi="Times New Roman" w:cs="Times New Roman"/>
          <w:color w:val="000000" w:themeColor="text1"/>
          <w:lang w:val="pt-BR"/>
        </w:rPr>
        <w:t>…</w:t>
      </w:r>
    </w:p>
    <w:p w14:paraId="0F6B97D9" w14:textId="77777777" w:rsidR="00D6737F" w:rsidRPr="00D6737F" w:rsidRDefault="00D6737F" w:rsidP="00D6737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lang w:val="pt-BR"/>
        </w:rPr>
      </w:pPr>
      <w:proofErr w:type="spellStart"/>
      <w:r w:rsidRPr="00D6737F">
        <w:rPr>
          <w:rFonts w:ascii="Times New Roman" w:hAnsi="Times New Roman" w:cs="Times New Roman"/>
          <w:color w:val="000000" w:themeColor="text1"/>
          <w:lang w:val="pt-BR"/>
        </w:rPr>
        <w:t>Xxxxx</w:t>
      </w:r>
      <w:proofErr w:type="spellEnd"/>
      <w:r w:rsidRPr="00D6737F">
        <w:rPr>
          <w:rFonts w:ascii="Times New Roman" w:hAnsi="Times New Roman" w:cs="Times New Roman"/>
          <w:color w:val="000000" w:themeColor="text1"/>
          <w:lang w:val="pt-BR"/>
        </w:rPr>
        <w:t xml:space="preserve">. </w:t>
      </w:r>
      <w:proofErr w:type="spellStart"/>
      <w:r w:rsidRPr="00D6737F">
        <w:rPr>
          <w:rFonts w:ascii="Times New Roman" w:hAnsi="Times New Roman" w:cs="Times New Roman"/>
          <w:color w:val="000000" w:themeColor="text1"/>
          <w:lang w:val="pt-BR"/>
        </w:rPr>
        <w:t>Xxxxx</w:t>
      </w:r>
      <w:proofErr w:type="spellEnd"/>
      <w:r w:rsidRPr="00D6737F">
        <w:rPr>
          <w:rFonts w:ascii="Times New Roman" w:hAnsi="Times New Roman" w:cs="Times New Roman"/>
          <w:color w:val="000000" w:themeColor="text1"/>
          <w:lang w:val="pt-BR"/>
        </w:rPr>
        <w:t>…</w:t>
      </w:r>
    </w:p>
    <w:p w14:paraId="2DAD22BF" w14:textId="77777777" w:rsidR="00D6737F" w:rsidRPr="00D6737F" w:rsidRDefault="00D6737F" w:rsidP="00D6737F">
      <w:pPr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A40000"/>
          <w:lang w:val="pt-BR"/>
        </w:rPr>
      </w:pPr>
      <w:r w:rsidRPr="00D6737F">
        <w:rPr>
          <w:rFonts w:ascii="Times New Roman" w:hAnsi="Times New Roman" w:cs="Times New Roman"/>
          <w:b/>
          <w:bCs/>
          <w:i/>
          <w:iCs/>
          <w:color w:val="A40000"/>
          <w:lang w:val="pt-BR"/>
        </w:rPr>
        <w:t>Nota:</w:t>
      </w:r>
      <w:r w:rsidRPr="00D6737F">
        <w:rPr>
          <w:rFonts w:ascii="Times New Roman" w:hAnsi="Times New Roman" w:cs="Times New Roman"/>
          <w:i/>
          <w:iCs/>
          <w:color w:val="A40000"/>
          <w:lang w:val="pt-BR"/>
        </w:rPr>
        <w:t xml:space="preserve"> Recomenda-se que o resumo seja redigido de forma concisa. Também é recomendado que tenha entre 300 e 500 palavras. São aceitos trabalhos empíricos, teóricos e metodológicos. Recomenda-se que inclua diversos tópicos, como Introdução, Metodologia, Resultados, Discussão e/ou Conclusões.</w:t>
      </w:r>
    </w:p>
    <w:p w14:paraId="661AB4BA" w14:textId="77777777" w:rsidR="00D6737F" w:rsidRPr="00D6737F" w:rsidRDefault="00D6737F" w:rsidP="00D6737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lang w:val="pt-BR"/>
        </w:rPr>
      </w:pPr>
      <w:r w:rsidRPr="00D6737F">
        <w:rPr>
          <w:rFonts w:ascii="Times New Roman" w:hAnsi="Times New Roman" w:cs="Times New Roman"/>
          <w:b/>
          <w:color w:val="000000" w:themeColor="text1"/>
          <w:lang w:val="pt-BR"/>
        </w:rPr>
        <w:t>PALAVRAS-CHAVE</w:t>
      </w:r>
    </w:p>
    <w:p w14:paraId="29943E61" w14:textId="77777777" w:rsidR="00D6737F" w:rsidRPr="00D6737F" w:rsidRDefault="00D6737F" w:rsidP="00D6737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lang w:val="pt-BR"/>
        </w:rPr>
      </w:pPr>
      <w:r w:rsidRPr="00D6737F">
        <w:rPr>
          <w:rFonts w:ascii="Times New Roman" w:hAnsi="Times New Roman" w:cs="Times New Roman"/>
          <w:color w:val="000000" w:themeColor="text1"/>
          <w:lang w:val="pt-BR"/>
        </w:rPr>
        <w:t>Palavra 1; Palavra 2; Palavra 3; Palavra 4; Palavra 5.</w:t>
      </w:r>
    </w:p>
    <w:p w14:paraId="3729DDEA" w14:textId="77777777" w:rsidR="00D6737F" w:rsidRPr="00D6737F" w:rsidRDefault="00D6737F" w:rsidP="00D6737F">
      <w:pPr>
        <w:spacing w:line="240" w:lineRule="auto"/>
        <w:jc w:val="both"/>
        <w:rPr>
          <w:rFonts w:ascii="Times New Roman" w:hAnsi="Times New Roman" w:cs="Times New Roman"/>
          <w:b/>
          <w:color w:val="000000" w:themeColor="text1"/>
          <w:lang w:val="pt-BR"/>
        </w:rPr>
      </w:pPr>
      <w:r w:rsidRPr="00D6737F">
        <w:rPr>
          <w:rFonts w:ascii="Times New Roman" w:hAnsi="Times New Roman" w:cs="Times New Roman"/>
          <w:b/>
          <w:color w:val="000000" w:themeColor="text1"/>
          <w:lang w:val="pt-BR"/>
        </w:rPr>
        <w:t>REFERÊNCIAS BIBLIOGRÁFICAS</w:t>
      </w:r>
    </w:p>
    <w:p w14:paraId="5C332935" w14:textId="77777777" w:rsidR="00D6737F" w:rsidRPr="00D6737F" w:rsidRDefault="00D6737F" w:rsidP="00D6737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lang w:val="pt-BR"/>
        </w:rPr>
      </w:pPr>
      <w:proofErr w:type="spellStart"/>
      <w:r w:rsidRPr="00D6737F">
        <w:rPr>
          <w:rFonts w:ascii="Times New Roman" w:hAnsi="Times New Roman" w:cs="Times New Roman"/>
          <w:color w:val="000000" w:themeColor="text1"/>
          <w:lang w:val="pt-BR"/>
        </w:rPr>
        <w:t>Xxxxx</w:t>
      </w:r>
      <w:proofErr w:type="spellEnd"/>
      <w:r w:rsidRPr="00D6737F">
        <w:rPr>
          <w:rFonts w:ascii="Times New Roman" w:hAnsi="Times New Roman" w:cs="Times New Roman"/>
          <w:color w:val="000000" w:themeColor="text1"/>
          <w:lang w:val="pt-BR"/>
        </w:rPr>
        <w:t xml:space="preserve">. </w:t>
      </w:r>
      <w:proofErr w:type="spellStart"/>
      <w:r w:rsidRPr="00D6737F">
        <w:rPr>
          <w:rFonts w:ascii="Times New Roman" w:hAnsi="Times New Roman" w:cs="Times New Roman"/>
          <w:color w:val="000000" w:themeColor="text1"/>
          <w:lang w:val="pt-BR"/>
        </w:rPr>
        <w:t>Xxxxx</w:t>
      </w:r>
      <w:proofErr w:type="spellEnd"/>
      <w:r w:rsidRPr="00D6737F">
        <w:rPr>
          <w:rFonts w:ascii="Times New Roman" w:hAnsi="Times New Roman" w:cs="Times New Roman"/>
          <w:color w:val="000000" w:themeColor="text1"/>
          <w:lang w:val="pt-BR"/>
        </w:rPr>
        <w:t>….</w:t>
      </w:r>
    </w:p>
    <w:p w14:paraId="31C0AFDF" w14:textId="77777777" w:rsidR="00D6737F" w:rsidRPr="00D6737F" w:rsidRDefault="00D6737F" w:rsidP="00D6737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lang w:val="pt-BR"/>
        </w:rPr>
      </w:pPr>
      <w:proofErr w:type="spellStart"/>
      <w:r w:rsidRPr="00D6737F">
        <w:rPr>
          <w:rFonts w:ascii="Times New Roman" w:hAnsi="Times New Roman" w:cs="Times New Roman"/>
          <w:color w:val="000000" w:themeColor="text1"/>
          <w:lang w:val="pt-BR"/>
        </w:rPr>
        <w:t>Xxxxx</w:t>
      </w:r>
      <w:proofErr w:type="spellEnd"/>
      <w:r w:rsidRPr="00D6737F">
        <w:rPr>
          <w:rFonts w:ascii="Times New Roman" w:hAnsi="Times New Roman" w:cs="Times New Roman"/>
          <w:color w:val="000000" w:themeColor="text1"/>
          <w:lang w:val="pt-BR"/>
        </w:rPr>
        <w:t xml:space="preserve">. </w:t>
      </w:r>
      <w:proofErr w:type="spellStart"/>
      <w:r w:rsidRPr="00D6737F">
        <w:rPr>
          <w:rFonts w:ascii="Times New Roman" w:hAnsi="Times New Roman" w:cs="Times New Roman"/>
          <w:color w:val="000000" w:themeColor="text1"/>
          <w:lang w:val="pt-BR"/>
        </w:rPr>
        <w:t>Xxxxx</w:t>
      </w:r>
      <w:proofErr w:type="spellEnd"/>
      <w:r w:rsidRPr="00D6737F">
        <w:rPr>
          <w:rFonts w:ascii="Times New Roman" w:hAnsi="Times New Roman" w:cs="Times New Roman"/>
          <w:color w:val="000000" w:themeColor="text1"/>
          <w:lang w:val="pt-BR"/>
        </w:rPr>
        <w:t>….</w:t>
      </w:r>
    </w:p>
    <w:p w14:paraId="4827BAC7" w14:textId="77777777" w:rsidR="00D6737F" w:rsidRPr="00D6737F" w:rsidRDefault="00D6737F" w:rsidP="00D6737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lang w:val="pt-BR"/>
        </w:rPr>
      </w:pPr>
      <w:proofErr w:type="spellStart"/>
      <w:r w:rsidRPr="00D6737F">
        <w:rPr>
          <w:rFonts w:ascii="Times New Roman" w:hAnsi="Times New Roman" w:cs="Times New Roman"/>
          <w:color w:val="000000" w:themeColor="text1"/>
          <w:lang w:val="pt-BR"/>
        </w:rPr>
        <w:t>Xxxxx</w:t>
      </w:r>
      <w:proofErr w:type="spellEnd"/>
      <w:r w:rsidRPr="00D6737F">
        <w:rPr>
          <w:rFonts w:ascii="Times New Roman" w:hAnsi="Times New Roman" w:cs="Times New Roman"/>
          <w:color w:val="000000" w:themeColor="text1"/>
          <w:lang w:val="pt-BR"/>
        </w:rPr>
        <w:t xml:space="preserve">. </w:t>
      </w:r>
      <w:proofErr w:type="spellStart"/>
      <w:r w:rsidRPr="00D6737F">
        <w:rPr>
          <w:rFonts w:ascii="Times New Roman" w:hAnsi="Times New Roman" w:cs="Times New Roman"/>
          <w:color w:val="000000" w:themeColor="text1"/>
          <w:lang w:val="pt-BR"/>
        </w:rPr>
        <w:t>Xxxxx</w:t>
      </w:r>
      <w:proofErr w:type="spellEnd"/>
      <w:r w:rsidRPr="00D6737F">
        <w:rPr>
          <w:rFonts w:ascii="Times New Roman" w:hAnsi="Times New Roman" w:cs="Times New Roman"/>
          <w:color w:val="000000" w:themeColor="text1"/>
          <w:lang w:val="pt-BR"/>
        </w:rPr>
        <w:t>….</w:t>
      </w:r>
    </w:p>
    <w:p w14:paraId="37354A0C" w14:textId="77777777" w:rsidR="00D6737F" w:rsidRPr="00D6737F" w:rsidRDefault="00D6737F" w:rsidP="00D6737F">
      <w:pPr>
        <w:spacing w:line="240" w:lineRule="auto"/>
        <w:jc w:val="both"/>
        <w:rPr>
          <w:rFonts w:ascii="Times New Roman" w:hAnsi="Times New Roman" w:cs="Times New Roman"/>
          <w:i/>
          <w:iCs/>
          <w:color w:val="A40000"/>
          <w:lang w:val="pt-BR"/>
        </w:rPr>
      </w:pPr>
      <w:r w:rsidRPr="00D6737F">
        <w:rPr>
          <w:rFonts w:ascii="Times New Roman" w:hAnsi="Times New Roman" w:cs="Times New Roman"/>
          <w:b/>
          <w:bCs/>
          <w:i/>
          <w:iCs/>
          <w:color w:val="A40000"/>
          <w:lang w:val="pt-BR"/>
        </w:rPr>
        <w:t>Nota</w:t>
      </w:r>
      <w:r w:rsidRPr="00D6737F">
        <w:rPr>
          <w:rFonts w:ascii="Times New Roman" w:hAnsi="Times New Roman" w:cs="Times New Roman"/>
          <w:i/>
          <w:iCs/>
          <w:color w:val="A40000"/>
          <w:lang w:val="pt-BR"/>
        </w:rPr>
        <w:t>: Recomenda-se que as referências sejam apresentadas no formato APA (7ª ed.). Os seguintes exemplos são modelos orientativos. Substitua autores/as, ano, título, fonte e DOI/URL pelos dados reais. Não há limite de referências. Elas devem ser organizadas em ordem alfabética. Exemplos:</w:t>
      </w:r>
    </w:p>
    <w:p w14:paraId="12667B77" w14:textId="77777777" w:rsidR="00D6737F" w:rsidRPr="00D6737F" w:rsidRDefault="00D6737F" w:rsidP="00D6737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lang w:val="pt-BR"/>
        </w:rPr>
      </w:pPr>
      <w:r w:rsidRPr="00D6737F">
        <w:rPr>
          <w:rFonts w:ascii="Times New Roman" w:hAnsi="Times New Roman" w:cs="Times New Roman"/>
          <w:b/>
          <w:bCs/>
          <w:color w:val="000000" w:themeColor="text1"/>
          <w:lang w:val="pt-BR"/>
        </w:rPr>
        <w:t>Artigo de revista (com DOI)</w:t>
      </w:r>
      <w:r w:rsidRPr="00D6737F">
        <w:rPr>
          <w:rFonts w:ascii="Times New Roman" w:hAnsi="Times New Roman" w:cs="Times New Roman"/>
          <w:color w:val="000000" w:themeColor="text1"/>
          <w:lang w:val="pt-BR"/>
        </w:rPr>
        <w:t xml:space="preserve">: Sobrenome, N. N., &amp; Sobrenome, N. N. (Ano). Título do artigo em estilo de oração. </w:t>
      </w:r>
      <w:r w:rsidRPr="00D6737F">
        <w:rPr>
          <w:rFonts w:ascii="Times New Roman" w:hAnsi="Times New Roman" w:cs="Times New Roman"/>
          <w:i/>
          <w:iCs/>
          <w:color w:val="000000" w:themeColor="text1"/>
          <w:lang w:val="pt-BR"/>
        </w:rPr>
        <w:t xml:space="preserve">Título da Revista, volume </w:t>
      </w:r>
      <w:r w:rsidRPr="00D6737F">
        <w:rPr>
          <w:rFonts w:ascii="Times New Roman" w:hAnsi="Times New Roman" w:cs="Times New Roman"/>
          <w:color w:val="000000" w:themeColor="text1"/>
          <w:lang w:val="pt-BR"/>
        </w:rPr>
        <w:t xml:space="preserve">(número), </w:t>
      </w:r>
      <w:proofErr w:type="spellStart"/>
      <w:r w:rsidRPr="00D6737F">
        <w:rPr>
          <w:rFonts w:ascii="Times New Roman" w:hAnsi="Times New Roman" w:cs="Times New Roman"/>
          <w:color w:val="000000" w:themeColor="text1"/>
          <w:lang w:val="pt-BR"/>
        </w:rPr>
        <w:t>xx</w:t>
      </w:r>
      <w:proofErr w:type="spellEnd"/>
      <w:r w:rsidRPr="00D6737F">
        <w:rPr>
          <w:rFonts w:ascii="Times New Roman" w:hAnsi="Times New Roman" w:cs="Times New Roman"/>
          <w:color w:val="000000" w:themeColor="text1"/>
          <w:lang w:val="pt-BR"/>
        </w:rPr>
        <w:t>–</w:t>
      </w:r>
      <w:proofErr w:type="spellStart"/>
      <w:r w:rsidRPr="00D6737F">
        <w:rPr>
          <w:rFonts w:ascii="Times New Roman" w:hAnsi="Times New Roman" w:cs="Times New Roman"/>
          <w:color w:val="000000" w:themeColor="text1"/>
          <w:lang w:val="pt-BR"/>
        </w:rPr>
        <w:t>xx</w:t>
      </w:r>
      <w:proofErr w:type="spellEnd"/>
      <w:r w:rsidRPr="00D6737F">
        <w:rPr>
          <w:rFonts w:ascii="Times New Roman" w:hAnsi="Times New Roman" w:cs="Times New Roman"/>
          <w:color w:val="000000" w:themeColor="text1"/>
          <w:lang w:val="pt-BR"/>
        </w:rPr>
        <w:t>. https://doi.org/xxxxx</w:t>
      </w:r>
    </w:p>
    <w:p w14:paraId="009B3430" w14:textId="77777777" w:rsidR="00D6737F" w:rsidRPr="00D6737F" w:rsidRDefault="00D6737F" w:rsidP="00D6737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lang w:val="pt-BR"/>
        </w:rPr>
      </w:pPr>
      <w:r w:rsidRPr="00D6737F">
        <w:rPr>
          <w:rFonts w:ascii="Times New Roman" w:hAnsi="Times New Roman" w:cs="Times New Roman"/>
          <w:b/>
          <w:bCs/>
          <w:color w:val="000000" w:themeColor="text1"/>
          <w:lang w:val="pt-BR"/>
        </w:rPr>
        <w:lastRenderedPageBreak/>
        <w:t>Livro</w:t>
      </w:r>
      <w:r w:rsidRPr="00D6737F">
        <w:rPr>
          <w:rFonts w:ascii="Times New Roman" w:hAnsi="Times New Roman" w:cs="Times New Roman"/>
          <w:color w:val="000000" w:themeColor="text1"/>
          <w:lang w:val="pt-BR"/>
        </w:rPr>
        <w:t xml:space="preserve">: Sobrenome, N. N. (Ano). </w:t>
      </w:r>
      <w:r w:rsidRPr="00D6737F">
        <w:rPr>
          <w:rFonts w:ascii="Times New Roman" w:hAnsi="Times New Roman" w:cs="Times New Roman"/>
          <w:i/>
          <w:iCs/>
          <w:color w:val="000000" w:themeColor="text1"/>
          <w:lang w:val="pt-BR"/>
        </w:rPr>
        <w:t>Título do livro: Subtítulo</w:t>
      </w:r>
      <w:r w:rsidRPr="00D6737F">
        <w:rPr>
          <w:rFonts w:ascii="Times New Roman" w:hAnsi="Times New Roman" w:cs="Times New Roman"/>
          <w:color w:val="000000" w:themeColor="text1"/>
          <w:lang w:val="pt-BR"/>
        </w:rPr>
        <w:t>. Editorial.</w:t>
      </w:r>
    </w:p>
    <w:p w14:paraId="5D2DD281" w14:textId="77777777" w:rsidR="00D6737F" w:rsidRPr="00D6737F" w:rsidRDefault="00D6737F" w:rsidP="00D6737F">
      <w:pPr>
        <w:spacing w:line="240" w:lineRule="auto"/>
        <w:ind w:left="720"/>
        <w:jc w:val="both"/>
        <w:rPr>
          <w:rFonts w:ascii="Times New Roman" w:hAnsi="Times New Roman" w:cs="Times New Roman"/>
          <w:color w:val="000000" w:themeColor="text1"/>
          <w:lang w:val="pt-BR"/>
        </w:rPr>
      </w:pPr>
      <w:r w:rsidRPr="00D6737F">
        <w:rPr>
          <w:rFonts w:ascii="Times New Roman" w:hAnsi="Times New Roman" w:cs="Times New Roman"/>
          <w:color w:val="000000" w:themeColor="text1"/>
          <w:lang w:val="pt-BR"/>
        </w:rPr>
        <w:t xml:space="preserve">Sobrenome, N. N. (Ano). Título do capítulo em N. Sobrenome &amp; N. Sobrenome (Ed.), </w:t>
      </w:r>
      <w:r w:rsidRPr="00D6737F">
        <w:rPr>
          <w:rFonts w:ascii="Times New Roman" w:hAnsi="Times New Roman" w:cs="Times New Roman"/>
          <w:i/>
          <w:iCs/>
          <w:color w:val="000000" w:themeColor="text1"/>
          <w:lang w:val="pt-BR"/>
        </w:rPr>
        <w:t>Título do livro</w:t>
      </w:r>
      <w:r w:rsidRPr="00D6737F">
        <w:rPr>
          <w:rFonts w:ascii="Times New Roman" w:hAnsi="Times New Roman" w:cs="Times New Roman"/>
          <w:color w:val="000000" w:themeColor="text1"/>
          <w:lang w:val="pt-BR"/>
        </w:rPr>
        <w:t xml:space="preserve"> (pp. </w:t>
      </w:r>
      <w:proofErr w:type="spellStart"/>
      <w:r w:rsidRPr="00D6737F">
        <w:rPr>
          <w:rFonts w:ascii="Times New Roman" w:hAnsi="Times New Roman" w:cs="Times New Roman"/>
          <w:color w:val="000000" w:themeColor="text1"/>
          <w:lang w:val="pt-BR"/>
        </w:rPr>
        <w:t>xx</w:t>
      </w:r>
      <w:proofErr w:type="spellEnd"/>
      <w:r w:rsidRPr="00D6737F">
        <w:rPr>
          <w:rFonts w:ascii="Times New Roman" w:hAnsi="Times New Roman" w:cs="Times New Roman"/>
          <w:color w:val="000000" w:themeColor="text1"/>
          <w:lang w:val="pt-BR"/>
        </w:rPr>
        <w:t>–</w:t>
      </w:r>
      <w:proofErr w:type="spellStart"/>
      <w:r w:rsidRPr="00D6737F">
        <w:rPr>
          <w:rFonts w:ascii="Times New Roman" w:hAnsi="Times New Roman" w:cs="Times New Roman"/>
          <w:color w:val="000000" w:themeColor="text1"/>
          <w:lang w:val="pt-BR"/>
        </w:rPr>
        <w:t>xx</w:t>
      </w:r>
      <w:proofErr w:type="spellEnd"/>
      <w:r w:rsidRPr="00D6737F">
        <w:rPr>
          <w:rFonts w:ascii="Times New Roman" w:hAnsi="Times New Roman" w:cs="Times New Roman"/>
          <w:color w:val="000000" w:themeColor="text1"/>
          <w:lang w:val="pt-BR"/>
        </w:rPr>
        <w:t>). Editorial.</w:t>
      </w:r>
    </w:p>
    <w:p w14:paraId="41F17A21" w14:textId="77777777" w:rsidR="00D6737F" w:rsidRPr="00D6737F" w:rsidRDefault="00D6737F" w:rsidP="00D6737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lang w:val="pt-BR"/>
        </w:rPr>
      </w:pPr>
      <w:r w:rsidRPr="00D6737F">
        <w:rPr>
          <w:rFonts w:ascii="Times New Roman" w:hAnsi="Times New Roman" w:cs="Times New Roman"/>
          <w:b/>
          <w:bCs/>
          <w:color w:val="000000" w:themeColor="text1"/>
          <w:lang w:val="pt-BR"/>
        </w:rPr>
        <w:t>Noticia (imprensa online)</w:t>
      </w:r>
      <w:r w:rsidRPr="00D6737F">
        <w:rPr>
          <w:rFonts w:ascii="Times New Roman" w:hAnsi="Times New Roman" w:cs="Times New Roman"/>
          <w:color w:val="000000" w:themeColor="text1"/>
          <w:lang w:val="pt-BR"/>
        </w:rPr>
        <w:t xml:space="preserve">: Sobrenome, N. N. (Ano, dia de mês). Título da notícia. </w:t>
      </w:r>
      <w:r w:rsidRPr="00D6737F">
        <w:rPr>
          <w:rFonts w:ascii="Times New Roman" w:hAnsi="Times New Roman" w:cs="Times New Roman"/>
          <w:i/>
          <w:iCs/>
          <w:color w:val="000000" w:themeColor="text1"/>
          <w:lang w:val="pt-BR"/>
        </w:rPr>
        <w:t>Nome do veículo de comunicação</w:t>
      </w:r>
      <w:r w:rsidRPr="00D6737F">
        <w:rPr>
          <w:rFonts w:ascii="Times New Roman" w:hAnsi="Times New Roman" w:cs="Times New Roman"/>
          <w:color w:val="000000" w:themeColor="text1"/>
          <w:lang w:val="pt-BR"/>
        </w:rPr>
        <w:t>. URL</w:t>
      </w:r>
    </w:p>
    <w:p w14:paraId="6B920630" w14:textId="77777777" w:rsidR="00D87AF7" w:rsidRPr="00D6737F" w:rsidRDefault="00D87AF7" w:rsidP="00FF43E5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lang w:val="pt-BR"/>
        </w:rPr>
      </w:pPr>
    </w:p>
    <w:p w14:paraId="67E70C11" w14:textId="2784A64F" w:rsidR="00D6737F" w:rsidRPr="00D6737F" w:rsidRDefault="00D6737F" w:rsidP="00D6737F">
      <w:pPr>
        <w:spacing w:line="240" w:lineRule="auto"/>
        <w:rPr>
          <w:rFonts w:ascii="Times New Roman" w:hAnsi="Times New Roman" w:cs="Times New Roman"/>
          <w:color w:val="000000" w:themeColor="text1"/>
          <w:lang w:val="pt-BR"/>
        </w:rPr>
      </w:pPr>
      <w:r w:rsidRPr="00D6737F">
        <w:rPr>
          <w:rFonts w:ascii="Times New Roman" w:hAnsi="Times New Roman" w:cs="Times New Roman"/>
          <w:b/>
          <w:color w:val="000000" w:themeColor="text1"/>
          <w:lang w:val="pt-BR"/>
        </w:rPr>
        <w:t xml:space="preserve">TÍTULO DA APRESENTAÇÃO </w:t>
      </w:r>
      <w:r>
        <w:rPr>
          <w:rFonts w:ascii="Times New Roman" w:hAnsi="Times New Roman" w:cs="Times New Roman"/>
          <w:b/>
          <w:color w:val="000000" w:themeColor="text1"/>
          <w:lang w:val="pt-BR"/>
        </w:rPr>
        <w:t>3</w:t>
      </w:r>
    </w:p>
    <w:p w14:paraId="25C6DE57" w14:textId="77777777" w:rsidR="00D6737F" w:rsidRPr="00D6737F" w:rsidRDefault="00D6737F" w:rsidP="00D6737F">
      <w:pPr>
        <w:jc w:val="right"/>
        <w:rPr>
          <w:rFonts w:ascii="Times New Roman" w:hAnsi="Times New Roman" w:cs="Times New Roman"/>
          <w:lang w:val="pt-BR"/>
        </w:rPr>
      </w:pPr>
      <w:r w:rsidRPr="00D6737F">
        <w:rPr>
          <w:rFonts w:ascii="Times New Roman" w:hAnsi="Times New Roman" w:cs="Times New Roman"/>
          <w:b/>
          <w:color w:val="000000" w:themeColor="text1"/>
          <w:lang w:val="pt-BR"/>
        </w:rPr>
        <w:t>Autor 1</w:t>
      </w:r>
      <w:r w:rsidRPr="00D6737F">
        <w:rPr>
          <w:rFonts w:ascii="Times New Roman" w:hAnsi="Times New Roman" w:cs="Times New Roman"/>
          <w:b/>
          <w:color w:val="000000" w:themeColor="text1"/>
          <w:vertAlign w:val="superscript"/>
          <w:lang w:val="pt-BR"/>
        </w:rPr>
        <w:t>1</w:t>
      </w:r>
      <w:r w:rsidRPr="00D6737F">
        <w:rPr>
          <w:rFonts w:ascii="Times New Roman" w:hAnsi="Times New Roman" w:cs="Times New Roman"/>
          <w:color w:val="000000" w:themeColor="text1"/>
          <w:lang w:val="pt-BR"/>
        </w:rPr>
        <w:t xml:space="preserve">; </w:t>
      </w:r>
      <w:r w:rsidRPr="00D6737F">
        <w:rPr>
          <w:rFonts w:ascii="Times New Roman" w:hAnsi="Times New Roman" w:cs="Times New Roman"/>
          <w:b/>
          <w:color w:val="000000" w:themeColor="text1"/>
          <w:lang w:val="pt-BR"/>
        </w:rPr>
        <w:t>Autor 2</w:t>
      </w:r>
      <w:r w:rsidRPr="00D6737F">
        <w:rPr>
          <w:rFonts w:ascii="Times New Roman" w:hAnsi="Times New Roman" w:cs="Times New Roman"/>
          <w:b/>
          <w:color w:val="000000" w:themeColor="text1"/>
          <w:vertAlign w:val="superscript"/>
          <w:lang w:val="pt-BR"/>
        </w:rPr>
        <w:t>2</w:t>
      </w:r>
      <w:r w:rsidRPr="00D6737F">
        <w:rPr>
          <w:rFonts w:ascii="Times New Roman" w:hAnsi="Times New Roman" w:cs="Times New Roman"/>
          <w:color w:val="000000" w:themeColor="text1"/>
          <w:lang w:val="pt-BR"/>
        </w:rPr>
        <w:t xml:space="preserve">; </w:t>
      </w:r>
    </w:p>
    <w:p w14:paraId="594C743D" w14:textId="77777777" w:rsidR="00D6737F" w:rsidRPr="00D6737F" w:rsidRDefault="00D6737F" w:rsidP="00D6737F">
      <w:pPr>
        <w:spacing w:line="240" w:lineRule="auto"/>
        <w:jc w:val="right"/>
        <w:rPr>
          <w:rFonts w:ascii="Times New Roman" w:hAnsi="Times New Roman" w:cs="Times New Roman"/>
          <w:color w:val="000000" w:themeColor="text1"/>
          <w:lang w:val="pt-BR"/>
        </w:rPr>
      </w:pPr>
      <w:r w:rsidRPr="00D6737F">
        <w:rPr>
          <w:rFonts w:ascii="Times New Roman" w:hAnsi="Times New Roman" w:cs="Times New Roman"/>
          <w:b/>
          <w:color w:val="000000" w:themeColor="text1"/>
          <w:vertAlign w:val="superscript"/>
          <w:lang w:val="pt-BR"/>
        </w:rPr>
        <w:t>1</w:t>
      </w:r>
      <w:r w:rsidRPr="00D6737F">
        <w:rPr>
          <w:rFonts w:ascii="Times New Roman" w:hAnsi="Times New Roman" w:cs="Times New Roman"/>
          <w:color w:val="000000" w:themeColor="text1"/>
          <w:lang w:val="pt-BR"/>
        </w:rPr>
        <w:t xml:space="preserve"> Nome e sobrenome. Universidade ou Instituição. País. E-mail.</w:t>
      </w:r>
    </w:p>
    <w:p w14:paraId="651430AF" w14:textId="77777777" w:rsidR="00D6737F" w:rsidRPr="00D6737F" w:rsidRDefault="00D6737F" w:rsidP="00D6737F">
      <w:pPr>
        <w:spacing w:line="240" w:lineRule="auto"/>
        <w:jc w:val="right"/>
        <w:rPr>
          <w:rFonts w:ascii="Times New Roman" w:hAnsi="Times New Roman" w:cs="Times New Roman"/>
          <w:color w:val="000000" w:themeColor="text1"/>
          <w:lang w:val="pt-BR"/>
        </w:rPr>
      </w:pPr>
      <w:r w:rsidRPr="00D6737F">
        <w:rPr>
          <w:rFonts w:ascii="Times New Roman" w:hAnsi="Times New Roman" w:cs="Times New Roman"/>
          <w:b/>
          <w:color w:val="000000" w:themeColor="text1"/>
          <w:vertAlign w:val="superscript"/>
          <w:lang w:val="pt-BR"/>
        </w:rPr>
        <w:t>2</w:t>
      </w:r>
      <w:r w:rsidRPr="00D6737F">
        <w:rPr>
          <w:rFonts w:ascii="Times New Roman" w:hAnsi="Times New Roman" w:cs="Times New Roman"/>
          <w:color w:val="000000" w:themeColor="text1"/>
          <w:lang w:val="pt-BR"/>
        </w:rPr>
        <w:t xml:space="preserve"> Nome e sobrenome. Universidade ou Instituição. País. E-mail</w:t>
      </w:r>
    </w:p>
    <w:p w14:paraId="529C9253" w14:textId="77777777" w:rsidR="00D6737F" w:rsidRPr="00D6737F" w:rsidRDefault="00D6737F" w:rsidP="00D6737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lang w:val="pt-BR"/>
        </w:rPr>
      </w:pPr>
      <w:r w:rsidRPr="00D6737F">
        <w:rPr>
          <w:rFonts w:ascii="Times New Roman" w:hAnsi="Times New Roman" w:cs="Times New Roman"/>
          <w:b/>
          <w:color w:val="000000" w:themeColor="text1"/>
          <w:lang w:val="pt-BR"/>
        </w:rPr>
        <w:t>RESUMO</w:t>
      </w:r>
    </w:p>
    <w:p w14:paraId="5BA65171" w14:textId="77777777" w:rsidR="00D6737F" w:rsidRPr="00D6737F" w:rsidRDefault="00D6737F" w:rsidP="00D6737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lang w:val="pt-BR"/>
        </w:rPr>
      </w:pPr>
      <w:proofErr w:type="spellStart"/>
      <w:r w:rsidRPr="00D6737F">
        <w:rPr>
          <w:rFonts w:ascii="Times New Roman" w:hAnsi="Times New Roman" w:cs="Times New Roman"/>
          <w:color w:val="000000" w:themeColor="text1"/>
          <w:lang w:val="pt-BR"/>
        </w:rPr>
        <w:t>Xxxxx</w:t>
      </w:r>
      <w:proofErr w:type="spellEnd"/>
      <w:r w:rsidRPr="00D6737F">
        <w:rPr>
          <w:rFonts w:ascii="Times New Roman" w:hAnsi="Times New Roman" w:cs="Times New Roman"/>
          <w:color w:val="000000" w:themeColor="text1"/>
          <w:lang w:val="pt-BR"/>
        </w:rPr>
        <w:t xml:space="preserve">. </w:t>
      </w:r>
      <w:proofErr w:type="spellStart"/>
      <w:r w:rsidRPr="00D6737F">
        <w:rPr>
          <w:rFonts w:ascii="Times New Roman" w:hAnsi="Times New Roman" w:cs="Times New Roman"/>
          <w:color w:val="000000" w:themeColor="text1"/>
          <w:lang w:val="pt-BR"/>
        </w:rPr>
        <w:t>Xxxxx</w:t>
      </w:r>
      <w:proofErr w:type="spellEnd"/>
      <w:r w:rsidRPr="00D6737F">
        <w:rPr>
          <w:rFonts w:ascii="Times New Roman" w:hAnsi="Times New Roman" w:cs="Times New Roman"/>
          <w:color w:val="000000" w:themeColor="text1"/>
          <w:lang w:val="pt-BR"/>
        </w:rPr>
        <w:t>…</w:t>
      </w:r>
    </w:p>
    <w:p w14:paraId="168F4D58" w14:textId="77777777" w:rsidR="00D6737F" w:rsidRPr="00D6737F" w:rsidRDefault="00D6737F" w:rsidP="00D6737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lang w:val="pt-BR"/>
        </w:rPr>
      </w:pPr>
      <w:proofErr w:type="spellStart"/>
      <w:r w:rsidRPr="00D6737F">
        <w:rPr>
          <w:rFonts w:ascii="Times New Roman" w:hAnsi="Times New Roman" w:cs="Times New Roman"/>
          <w:color w:val="000000" w:themeColor="text1"/>
          <w:lang w:val="pt-BR"/>
        </w:rPr>
        <w:t>Xxxxx</w:t>
      </w:r>
      <w:proofErr w:type="spellEnd"/>
      <w:r w:rsidRPr="00D6737F">
        <w:rPr>
          <w:rFonts w:ascii="Times New Roman" w:hAnsi="Times New Roman" w:cs="Times New Roman"/>
          <w:color w:val="000000" w:themeColor="text1"/>
          <w:lang w:val="pt-BR"/>
        </w:rPr>
        <w:t xml:space="preserve">. </w:t>
      </w:r>
      <w:proofErr w:type="spellStart"/>
      <w:r w:rsidRPr="00D6737F">
        <w:rPr>
          <w:rFonts w:ascii="Times New Roman" w:hAnsi="Times New Roman" w:cs="Times New Roman"/>
          <w:color w:val="000000" w:themeColor="text1"/>
          <w:lang w:val="pt-BR"/>
        </w:rPr>
        <w:t>Xxxxx</w:t>
      </w:r>
      <w:proofErr w:type="spellEnd"/>
      <w:r w:rsidRPr="00D6737F">
        <w:rPr>
          <w:rFonts w:ascii="Times New Roman" w:hAnsi="Times New Roman" w:cs="Times New Roman"/>
          <w:color w:val="000000" w:themeColor="text1"/>
          <w:lang w:val="pt-BR"/>
        </w:rPr>
        <w:t>…</w:t>
      </w:r>
    </w:p>
    <w:p w14:paraId="1296F506" w14:textId="77777777" w:rsidR="00D6737F" w:rsidRPr="00D6737F" w:rsidRDefault="00D6737F" w:rsidP="00D6737F">
      <w:pPr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A40000"/>
          <w:lang w:val="pt-BR"/>
        </w:rPr>
      </w:pPr>
      <w:r w:rsidRPr="00D6737F">
        <w:rPr>
          <w:rFonts w:ascii="Times New Roman" w:hAnsi="Times New Roman" w:cs="Times New Roman"/>
          <w:b/>
          <w:bCs/>
          <w:i/>
          <w:iCs/>
          <w:color w:val="A40000"/>
          <w:lang w:val="pt-BR"/>
        </w:rPr>
        <w:t>Nota:</w:t>
      </w:r>
      <w:r w:rsidRPr="00D6737F">
        <w:rPr>
          <w:rFonts w:ascii="Times New Roman" w:hAnsi="Times New Roman" w:cs="Times New Roman"/>
          <w:i/>
          <w:iCs/>
          <w:color w:val="A40000"/>
          <w:lang w:val="pt-BR"/>
        </w:rPr>
        <w:t xml:space="preserve"> Recomenda-se que o resumo seja redigido de forma concisa. Também é recomendado que tenha entre 300 e 500 palavras. São aceitos trabalhos empíricos, teóricos e metodológicos. Recomenda-se que inclua diversos tópicos, como Introdução, Metodologia, Resultados, Discussão e/ou Conclusões.</w:t>
      </w:r>
    </w:p>
    <w:p w14:paraId="4442A8AB" w14:textId="77777777" w:rsidR="00D6737F" w:rsidRPr="00D6737F" w:rsidRDefault="00D6737F" w:rsidP="00D6737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lang w:val="pt-BR"/>
        </w:rPr>
      </w:pPr>
      <w:r w:rsidRPr="00D6737F">
        <w:rPr>
          <w:rFonts w:ascii="Times New Roman" w:hAnsi="Times New Roman" w:cs="Times New Roman"/>
          <w:b/>
          <w:color w:val="000000" w:themeColor="text1"/>
          <w:lang w:val="pt-BR"/>
        </w:rPr>
        <w:t>PALAVRAS-CHAVE</w:t>
      </w:r>
    </w:p>
    <w:p w14:paraId="4C4D7885" w14:textId="77777777" w:rsidR="00D6737F" w:rsidRPr="00D6737F" w:rsidRDefault="00D6737F" w:rsidP="00D6737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lang w:val="pt-BR"/>
        </w:rPr>
      </w:pPr>
      <w:r w:rsidRPr="00D6737F">
        <w:rPr>
          <w:rFonts w:ascii="Times New Roman" w:hAnsi="Times New Roman" w:cs="Times New Roman"/>
          <w:color w:val="000000" w:themeColor="text1"/>
          <w:lang w:val="pt-BR"/>
        </w:rPr>
        <w:t>Palavra 1; Palavra 2; Palavra 3; Palavra 4; Palavra 5.</w:t>
      </w:r>
    </w:p>
    <w:p w14:paraId="53155C55" w14:textId="77777777" w:rsidR="00D6737F" w:rsidRPr="00D6737F" w:rsidRDefault="00D6737F" w:rsidP="00D6737F">
      <w:pPr>
        <w:spacing w:line="240" w:lineRule="auto"/>
        <w:jc w:val="both"/>
        <w:rPr>
          <w:rFonts w:ascii="Times New Roman" w:hAnsi="Times New Roman" w:cs="Times New Roman"/>
          <w:b/>
          <w:color w:val="000000" w:themeColor="text1"/>
          <w:lang w:val="pt-BR"/>
        </w:rPr>
      </w:pPr>
      <w:r w:rsidRPr="00D6737F">
        <w:rPr>
          <w:rFonts w:ascii="Times New Roman" w:hAnsi="Times New Roman" w:cs="Times New Roman"/>
          <w:b/>
          <w:color w:val="000000" w:themeColor="text1"/>
          <w:lang w:val="pt-BR"/>
        </w:rPr>
        <w:t>REFERÊNCIAS BIBLIOGRÁFICAS</w:t>
      </w:r>
    </w:p>
    <w:p w14:paraId="758416CC" w14:textId="77777777" w:rsidR="00D6737F" w:rsidRPr="00D6737F" w:rsidRDefault="00D6737F" w:rsidP="00D6737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lang w:val="pt-BR"/>
        </w:rPr>
      </w:pPr>
      <w:proofErr w:type="spellStart"/>
      <w:r w:rsidRPr="00D6737F">
        <w:rPr>
          <w:rFonts w:ascii="Times New Roman" w:hAnsi="Times New Roman" w:cs="Times New Roman"/>
          <w:color w:val="000000" w:themeColor="text1"/>
          <w:lang w:val="pt-BR"/>
        </w:rPr>
        <w:t>Xxxxx</w:t>
      </w:r>
      <w:proofErr w:type="spellEnd"/>
      <w:r w:rsidRPr="00D6737F">
        <w:rPr>
          <w:rFonts w:ascii="Times New Roman" w:hAnsi="Times New Roman" w:cs="Times New Roman"/>
          <w:color w:val="000000" w:themeColor="text1"/>
          <w:lang w:val="pt-BR"/>
        </w:rPr>
        <w:t xml:space="preserve">. </w:t>
      </w:r>
      <w:proofErr w:type="spellStart"/>
      <w:r w:rsidRPr="00D6737F">
        <w:rPr>
          <w:rFonts w:ascii="Times New Roman" w:hAnsi="Times New Roman" w:cs="Times New Roman"/>
          <w:color w:val="000000" w:themeColor="text1"/>
          <w:lang w:val="pt-BR"/>
        </w:rPr>
        <w:t>Xxxxx</w:t>
      </w:r>
      <w:proofErr w:type="spellEnd"/>
      <w:r w:rsidRPr="00D6737F">
        <w:rPr>
          <w:rFonts w:ascii="Times New Roman" w:hAnsi="Times New Roman" w:cs="Times New Roman"/>
          <w:color w:val="000000" w:themeColor="text1"/>
          <w:lang w:val="pt-BR"/>
        </w:rPr>
        <w:t>….</w:t>
      </w:r>
    </w:p>
    <w:p w14:paraId="676B7BDB" w14:textId="77777777" w:rsidR="00D6737F" w:rsidRPr="00D6737F" w:rsidRDefault="00D6737F" w:rsidP="00D6737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lang w:val="pt-BR"/>
        </w:rPr>
      </w:pPr>
      <w:proofErr w:type="spellStart"/>
      <w:r w:rsidRPr="00D6737F">
        <w:rPr>
          <w:rFonts w:ascii="Times New Roman" w:hAnsi="Times New Roman" w:cs="Times New Roman"/>
          <w:color w:val="000000" w:themeColor="text1"/>
          <w:lang w:val="pt-BR"/>
        </w:rPr>
        <w:t>Xxxxx</w:t>
      </w:r>
      <w:proofErr w:type="spellEnd"/>
      <w:r w:rsidRPr="00D6737F">
        <w:rPr>
          <w:rFonts w:ascii="Times New Roman" w:hAnsi="Times New Roman" w:cs="Times New Roman"/>
          <w:color w:val="000000" w:themeColor="text1"/>
          <w:lang w:val="pt-BR"/>
        </w:rPr>
        <w:t xml:space="preserve">. </w:t>
      </w:r>
      <w:proofErr w:type="spellStart"/>
      <w:r w:rsidRPr="00D6737F">
        <w:rPr>
          <w:rFonts w:ascii="Times New Roman" w:hAnsi="Times New Roman" w:cs="Times New Roman"/>
          <w:color w:val="000000" w:themeColor="text1"/>
          <w:lang w:val="pt-BR"/>
        </w:rPr>
        <w:t>Xxxxx</w:t>
      </w:r>
      <w:proofErr w:type="spellEnd"/>
      <w:r w:rsidRPr="00D6737F">
        <w:rPr>
          <w:rFonts w:ascii="Times New Roman" w:hAnsi="Times New Roman" w:cs="Times New Roman"/>
          <w:color w:val="000000" w:themeColor="text1"/>
          <w:lang w:val="pt-BR"/>
        </w:rPr>
        <w:t>….</w:t>
      </w:r>
    </w:p>
    <w:p w14:paraId="217B6231" w14:textId="77777777" w:rsidR="00D6737F" w:rsidRPr="00D6737F" w:rsidRDefault="00D6737F" w:rsidP="00D6737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lang w:val="pt-BR"/>
        </w:rPr>
      </w:pPr>
      <w:proofErr w:type="spellStart"/>
      <w:r w:rsidRPr="00D6737F">
        <w:rPr>
          <w:rFonts w:ascii="Times New Roman" w:hAnsi="Times New Roman" w:cs="Times New Roman"/>
          <w:color w:val="000000" w:themeColor="text1"/>
          <w:lang w:val="pt-BR"/>
        </w:rPr>
        <w:t>Xxxxx</w:t>
      </w:r>
      <w:proofErr w:type="spellEnd"/>
      <w:r w:rsidRPr="00D6737F">
        <w:rPr>
          <w:rFonts w:ascii="Times New Roman" w:hAnsi="Times New Roman" w:cs="Times New Roman"/>
          <w:color w:val="000000" w:themeColor="text1"/>
          <w:lang w:val="pt-BR"/>
        </w:rPr>
        <w:t xml:space="preserve">. </w:t>
      </w:r>
      <w:proofErr w:type="spellStart"/>
      <w:r w:rsidRPr="00D6737F">
        <w:rPr>
          <w:rFonts w:ascii="Times New Roman" w:hAnsi="Times New Roman" w:cs="Times New Roman"/>
          <w:color w:val="000000" w:themeColor="text1"/>
          <w:lang w:val="pt-BR"/>
        </w:rPr>
        <w:t>Xxxxx</w:t>
      </w:r>
      <w:proofErr w:type="spellEnd"/>
      <w:r w:rsidRPr="00D6737F">
        <w:rPr>
          <w:rFonts w:ascii="Times New Roman" w:hAnsi="Times New Roman" w:cs="Times New Roman"/>
          <w:color w:val="000000" w:themeColor="text1"/>
          <w:lang w:val="pt-BR"/>
        </w:rPr>
        <w:t>….</w:t>
      </w:r>
    </w:p>
    <w:p w14:paraId="1572BF48" w14:textId="77777777" w:rsidR="00D6737F" w:rsidRPr="00D6737F" w:rsidRDefault="00D6737F" w:rsidP="00D6737F">
      <w:pPr>
        <w:spacing w:line="240" w:lineRule="auto"/>
        <w:jc w:val="both"/>
        <w:rPr>
          <w:rFonts w:ascii="Times New Roman" w:hAnsi="Times New Roman" w:cs="Times New Roman"/>
          <w:i/>
          <w:iCs/>
          <w:color w:val="A40000"/>
          <w:lang w:val="pt-BR"/>
        </w:rPr>
      </w:pPr>
      <w:r w:rsidRPr="00D6737F">
        <w:rPr>
          <w:rFonts w:ascii="Times New Roman" w:hAnsi="Times New Roman" w:cs="Times New Roman"/>
          <w:b/>
          <w:bCs/>
          <w:i/>
          <w:iCs/>
          <w:color w:val="A40000"/>
          <w:lang w:val="pt-BR"/>
        </w:rPr>
        <w:t>Nota</w:t>
      </w:r>
      <w:r w:rsidRPr="00D6737F">
        <w:rPr>
          <w:rFonts w:ascii="Times New Roman" w:hAnsi="Times New Roman" w:cs="Times New Roman"/>
          <w:i/>
          <w:iCs/>
          <w:color w:val="A40000"/>
          <w:lang w:val="pt-BR"/>
        </w:rPr>
        <w:t>: Recomenda-se que as referências sejam apresentadas no formato APA (7ª ed.). Os seguintes exemplos são modelos orientativos. Substitua autores/as, ano, título, fonte e DOI/URL pelos dados reais. Não há limite de referências. Elas devem ser organizadas em ordem alfabética. Exemplos:</w:t>
      </w:r>
    </w:p>
    <w:p w14:paraId="6E20D996" w14:textId="77777777" w:rsidR="00D6737F" w:rsidRPr="00D6737F" w:rsidRDefault="00D6737F" w:rsidP="00D6737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lang w:val="pt-BR"/>
        </w:rPr>
      </w:pPr>
      <w:r w:rsidRPr="00D6737F">
        <w:rPr>
          <w:rFonts w:ascii="Times New Roman" w:hAnsi="Times New Roman" w:cs="Times New Roman"/>
          <w:b/>
          <w:bCs/>
          <w:color w:val="000000" w:themeColor="text1"/>
          <w:lang w:val="pt-BR"/>
        </w:rPr>
        <w:t>Artigo de revista (com DOI)</w:t>
      </w:r>
      <w:r w:rsidRPr="00D6737F">
        <w:rPr>
          <w:rFonts w:ascii="Times New Roman" w:hAnsi="Times New Roman" w:cs="Times New Roman"/>
          <w:color w:val="000000" w:themeColor="text1"/>
          <w:lang w:val="pt-BR"/>
        </w:rPr>
        <w:t xml:space="preserve">: Sobrenome, N. N., &amp; Sobrenome, N. N. (Ano). Título do artigo em estilo de oração. </w:t>
      </w:r>
      <w:r w:rsidRPr="00D6737F">
        <w:rPr>
          <w:rFonts w:ascii="Times New Roman" w:hAnsi="Times New Roman" w:cs="Times New Roman"/>
          <w:i/>
          <w:iCs/>
          <w:color w:val="000000" w:themeColor="text1"/>
          <w:lang w:val="pt-BR"/>
        </w:rPr>
        <w:t xml:space="preserve">Título da Revista, volume </w:t>
      </w:r>
      <w:r w:rsidRPr="00D6737F">
        <w:rPr>
          <w:rFonts w:ascii="Times New Roman" w:hAnsi="Times New Roman" w:cs="Times New Roman"/>
          <w:color w:val="000000" w:themeColor="text1"/>
          <w:lang w:val="pt-BR"/>
        </w:rPr>
        <w:t xml:space="preserve">(número), </w:t>
      </w:r>
      <w:proofErr w:type="spellStart"/>
      <w:r w:rsidRPr="00D6737F">
        <w:rPr>
          <w:rFonts w:ascii="Times New Roman" w:hAnsi="Times New Roman" w:cs="Times New Roman"/>
          <w:color w:val="000000" w:themeColor="text1"/>
          <w:lang w:val="pt-BR"/>
        </w:rPr>
        <w:t>xx</w:t>
      </w:r>
      <w:proofErr w:type="spellEnd"/>
      <w:r w:rsidRPr="00D6737F">
        <w:rPr>
          <w:rFonts w:ascii="Times New Roman" w:hAnsi="Times New Roman" w:cs="Times New Roman"/>
          <w:color w:val="000000" w:themeColor="text1"/>
          <w:lang w:val="pt-BR"/>
        </w:rPr>
        <w:t>–</w:t>
      </w:r>
      <w:proofErr w:type="spellStart"/>
      <w:r w:rsidRPr="00D6737F">
        <w:rPr>
          <w:rFonts w:ascii="Times New Roman" w:hAnsi="Times New Roman" w:cs="Times New Roman"/>
          <w:color w:val="000000" w:themeColor="text1"/>
          <w:lang w:val="pt-BR"/>
        </w:rPr>
        <w:t>xx</w:t>
      </w:r>
      <w:proofErr w:type="spellEnd"/>
      <w:r w:rsidRPr="00D6737F">
        <w:rPr>
          <w:rFonts w:ascii="Times New Roman" w:hAnsi="Times New Roman" w:cs="Times New Roman"/>
          <w:color w:val="000000" w:themeColor="text1"/>
          <w:lang w:val="pt-BR"/>
        </w:rPr>
        <w:t>. https://doi.org/xxxxx</w:t>
      </w:r>
    </w:p>
    <w:p w14:paraId="7D4844AD" w14:textId="77777777" w:rsidR="00D6737F" w:rsidRPr="00D6737F" w:rsidRDefault="00D6737F" w:rsidP="00D6737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lang w:val="pt-BR"/>
        </w:rPr>
      </w:pPr>
      <w:r w:rsidRPr="00D6737F">
        <w:rPr>
          <w:rFonts w:ascii="Times New Roman" w:hAnsi="Times New Roman" w:cs="Times New Roman"/>
          <w:b/>
          <w:bCs/>
          <w:color w:val="000000" w:themeColor="text1"/>
          <w:lang w:val="pt-BR"/>
        </w:rPr>
        <w:t>Livro</w:t>
      </w:r>
      <w:r w:rsidRPr="00D6737F">
        <w:rPr>
          <w:rFonts w:ascii="Times New Roman" w:hAnsi="Times New Roman" w:cs="Times New Roman"/>
          <w:color w:val="000000" w:themeColor="text1"/>
          <w:lang w:val="pt-BR"/>
        </w:rPr>
        <w:t xml:space="preserve">: Sobrenome, N. N. (Ano). </w:t>
      </w:r>
      <w:r w:rsidRPr="00D6737F">
        <w:rPr>
          <w:rFonts w:ascii="Times New Roman" w:hAnsi="Times New Roman" w:cs="Times New Roman"/>
          <w:i/>
          <w:iCs/>
          <w:color w:val="000000" w:themeColor="text1"/>
          <w:lang w:val="pt-BR"/>
        </w:rPr>
        <w:t>Título do livro: Subtítulo</w:t>
      </w:r>
      <w:r w:rsidRPr="00D6737F">
        <w:rPr>
          <w:rFonts w:ascii="Times New Roman" w:hAnsi="Times New Roman" w:cs="Times New Roman"/>
          <w:color w:val="000000" w:themeColor="text1"/>
          <w:lang w:val="pt-BR"/>
        </w:rPr>
        <w:t>. Editorial.</w:t>
      </w:r>
    </w:p>
    <w:p w14:paraId="587FA458" w14:textId="77777777" w:rsidR="00D6737F" w:rsidRPr="00D6737F" w:rsidRDefault="00D6737F" w:rsidP="00D6737F">
      <w:pPr>
        <w:spacing w:line="240" w:lineRule="auto"/>
        <w:ind w:left="720"/>
        <w:jc w:val="both"/>
        <w:rPr>
          <w:rFonts w:ascii="Times New Roman" w:hAnsi="Times New Roman" w:cs="Times New Roman"/>
          <w:color w:val="000000" w:themeColor="text1"/>
          <w:lang w:val="pt-BR"/>
        </w:rPr>
      </w:pPr>
      <w:r w:rsidRPr="00D6737F">
        <w:rPr>
          <w:rFonts w:ascii="Times New Roman" w:hAnsi="Times New Roman" w:cs="Times New Roman"/>
          <w:color w:val="000000" w:themeColor="text1"/>
          <w:lang w:val="pt-BR"/>
        </w:rPr>
        <w:t xml:space="preserve">Sobrenome, N. N. (Ano). Título do capítulo em N. Sobrenome &amp; N. Sobrenome (Ed.), </w:t>
      </w:r>
      <w:r w:rsidRPr="00D6737F">
        <w:rPr>
          <w:rFonts w:ascii="Times New Roman" w:hAnsi="Times New Roman" w:cs="Times New Roman"/>
          <w:i/>
          <w:iCs/>
          <w:color w:val="000000" w:themeColor="text1"/>
          <w:lang w:val="pt-BR"/>
        </w:rPr>
        <w:t>Título do livro</w:t>
      </w:r>
      <w:r w:rsidRPr="00D6737F">
        <w:rPr>
          <w:rFonts w:ascii="Times New Roman" w:hAnsi="Times New Roman" w:cs="Times New Roman"/>
          <w:color w:val="000000" w:themeColor="text1"/>
          <w:lang w:val="pt-BR"/>
        </w:rPr>
        <w:t xml:space="preserve"> (pp. </w:t>
      </w:r>
      <w:proofErr w:type="spellStart"/>
      <w:r w:rsidRPr="00D6737F">
        <w:rPr>
          <w:rFonts w:ascii="Times New Roman" w:hAnsi="Times New Roman" w:cs="Times New Roman"/>
          <w:color w:val="000000" w:themeColor="text1"/>
          <w:lang w:val="pt-BR"/>
        </w:rPr>
        <w:t>xx</w:t>
      </w:r>
      <w:proofErr w:type="spellEnd"/>
      <w:r w:rsidRPr="00D6737F">
        <w:rPr>
          <w:rFonts w:ascii="Times New Roman" w:hAnsi="Times New Roman" w:cs="Times New Roman"/>
          <w:color w:val="000000" w:themeColor="text1"/>
          <w:lang w:val="pt-BR"/>
        </w:rPr>
        <w:t>–</w:t>
      </w:r>
      <w:proofErr w:type="spellStart"/>
      <w:r w:rsidRPr="00D6737F">
        <w:rPr>
          <w:rFonts w:ascii="Times New Roman" w:hAnsi="Times New Roman" w:cs="Times New Roman"/>
          <w:color w:val="000000" w:themeColor="text1"/>
          <w:lang w:val="pt-BR"/>
        </w:rPr>
        <w:t>xx</w:t>
      </w:r>
      <w:proofErr w:type="spellEnd"/>
      <w:r w:rsidRPr="00D6737F">
        <w:rPr>
          <w:rFonts w:ascii="Times New Roman" w:hAnsi="Times New Roman" w:cs="Times New Roman"/>
          <w:color w:val="000000" w:themeColor="text1"/>
          <w:lang w:val="pt-BR"/>
        </w:rPr>
        <w:t>). Editorial.</w:t>
      </w:r>
    </w:p>
    <w:p w14:paraId="33D0BBC8" w14:textId="77777777" w:rsidR="00D6737F" w:rsidRPr="00D6737F" w:rsidRDefault="00D6737F" w:rsidP="00D6737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lang w:val="pt-BR"/>
        </w:rPr>
      </w:pPr>
      <w:r w:rsidRPr="00D6737F">
        <w:rPr>
          <w:rFonts w:ascii="Times New Roman" w:hAnsi="Times New Roman" w:cs="Times New Roman"/>
          <w:b/>
          <w:bCs/>
          <w:color w:val="000000" w:themeColor="text1"/>
          <w:lang w:val="pt-BR"/>
        </w:rPr>
        <w:lastRenderedPageBreak/>
        <w:t>Noticia (imprensa online)</w:t>
      </w:r>
      <w:r w:rsidRPr="00D6737F">
        <w:rPr>
          <w:rFonts w:ascii="Times New Roman" w:hAnsi="Times New Roman" w:cs="Times New Roman"/>
          <w:color w:val="000000" w:themeColor="text1"/>
          <w:lang w:val="pt-BR"/>
        </w:rPr>
        <w:t xml:space="preserve">: Sobrenome, N. N. (Ano, dia de mês). Título da notícia. </w:t>
      </w:r>
      <w:r w:rsidRPr="00D6737F">
        <w:rPr>
          <w:rFonts w:ascii="Times New Roman" w:hAnsi="Times New Roman" w:cs="Times New Roman"/>
          <w:i/>
          <w:iCs/>
          <w:color w:val="000000" w:themeColor="text1"/>
          <w:lang w:val="pt-BR"/>
        </w:rPr>
        <w:t>Nome do veículo de comunicação</w:t>
      </w:r>
      <w:r w:rsidRPr="00D6737F">
        <w:rPr>
          <w:rFonts w:ascii="Times New Roman" w:hAnsi="Times New Roman" w:cs="Times New Roman"/>
          <w:color w:val="000000" w:themeColor="text1"/>
          <w:lang w:val="pt-BR"/>
        </w:rPr>
        <w:t>. URL</w:t>
      </w:r>
    </w:p>
    <w:p w14:paraId="6076C4B6" w14:textId="77777777" w:rsidR="00D87AF7" w:rsidRPr="00D6737F" w:rsidRDefault="00D87AF7" w:rsidP="00FF43E5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lang w:val="pt-BR"/>
        </w:rPr>
      </w:pPr>
    </w:p>
    <w:p w14:paraId="69C0AC23" w14:textId="31ADE99F" w:rsidR="00D6737F" w:rsidRPr="00D6737F" w:rsidRDefault="00D6737F" w:rsidP="00D6737F">
      <w:pPr>
        <w:spacing w:line="240" w:lineRule="auto"/>
        <w:rPr>
          <w:rFonts w:ascii="Times New Roman" w:hAnsi="Times New Roman" w:cs="Times New Roman"/>
          <w:color w:val="000000" w:themeColor="text1"/>
          <w:lang w:val="pt-BR"/>
        </w:rPr>
      </w:pPr>
      <w:r w:rsidRPr="00D6737F">
        <w:rPr>
          <w:rFonts w:ascii="Times New Roman" w:hAnsi="Times New Roman" w:cs="Times New Roman"/>
          <w:b/>
          <w:color w:val="000000" w:themeColor="text1"/>
          <w:lang w:val="pt-BR"/>
        </w:rPr>
        <w:t xml:space="preserve">TÍTULO DA APRESENTAÇÃO </w:t>
      </w:r>
      <w:r>
        <w:rPr>
          <w:rFonts w:ascii="Times New Roman" w:hAnsi="Times New Roman" w:cs="Times New Roman"/>
          <w:b/>
          <w:color w:val="000000" w:themeColor="text1"/>
          <w:lang w:val="pt-BR"/>
        </w:rPr>
        <w:t>4</w:t>
      </w:r>
    </w:p>
    <w:p w14:paraId="1F98BBAB" w14:textId="77777777" w:rsidR="00D6737F" w:rsidRPr="00D6737F" w:rsidRDefault="00D6737F" w:rsidP="00D6737F">
      <w:pPr>
        <w:jc w:val="right"/>
        <w:rPr>
          <w:rFonts w:ascii="Times New Roman" w:hAnsi="Times New Roman" w:cs="Times New Roman"/>
          <w:lang w:val="pt-BR"/>
        </w:rPr>
      </w:pPr>
      <w:r w:rsidRPr="00D6737F">
        <w:rPr>
          <w:rFonts w:ascii="Times New Roman" w:hAnsi="Times New Roman" w:cs="Times New Roman"/>
          <w:b/>
          <w:color w:val="000000" w:themeColor="text1"/>
          <w:lang w:val="pt-BR"/>
        </w:rPr>
        <w:t>Autor 1</w:t>
      </w:r>
      <w:r w:rsidRPr="00D6737F">
        <w:rPr>
          <w:rFonts w:ascii="Times New Roman" w:hAnsi="Times New Roman" w:cs="Times New Roman"/>
          <w:b/>
          <w:color w:val="000000" w:themeColor="text1"/>
          <w:vertAlign w:val="superscript"/>
          <w:lang w:val="pt-BR"/>
        </w:rPr>
        <w:t>1</w:t>
      </w:r>
      <w:r w:rsidRPr="00D6737F">
        <w:rPr>
          <w:rFonts w:ascii="Times New Roman" w:hAnsi="Times New Roman" w:cs="Times New Roman"/>
          <w:color w:val="000000" w:themeColor="text1"/>
          <w:lang w:val="pt-BR"/>
        </w:rPr>
        <w:t xml:space="preserve">; </w:t>
      </w:r>
      <w:r w:rsidRPr="00D6737F">
        <w:rPr>
          <w:rFonts w:ascii="Times New Roman" w:hAnsi="Times New Roman" w:cs="Times New Roman"/>
          <w:b/>
          <w:color w:val="000000" w:themeColor="text1"/>
          <w:lang w:val="pt-BR"/>
        </w:rPr>
        <w:t>Autor 2</w:t>
      </w:r>
      <w:r w:rsidRPr="00D6737F">
        <w:rPr>
          <w:rFonts w:ascii="Times New Roman" w:hAnsi="Times New Roman" w:cs="Times New Roman"/>
          <w:b/>
          <w:color w:val="000000" w:themeColor="text1"/>
          <w:vertAlign w:val="superscript"/>
          <w:lang w:val="pt-BR"/>
        </w:rPr>
        <w:t>2</w:t>
      </w:r>
      <w:r w:rsidRPr="00D6737F">
        <w:rPr>
          <w:rFonts w:ascii="Times New Roman" w:hAnsi="Times New Roman" w:cs="Times New Roman"/>
          <w:color w:val="000000" w:themeColor="text1"/>
          <w:lang w:val="pt-BR"/>
        </w:rPr>
        <w:t xml:space="preserve">; </w:t>
      </w:r>
    </w:p>
    <w:p w14:paraId="416459C0" w14:textId="77777777" w:rsidR="00D6737F" w:rsidRPr="00D6737F" w:rsidRDefault="00D6737F" w:rsidP="00D6737F">
      <w:pPr>
        <w:spacing w:line="240" w:lineRule="auto"/>
        <w:jc w:val="right"/>
        <w:rPr>
          <w:rFonts w:ascii="Times New Roman" w:hAnsi="Times New Roman" w:cs="Times New Roman"/>
          <w:color w:val="000000" w:themeColor="text1"/>
          <w:lang w:val="pt-BR"/>
        </w:rPr>
      </w:pPr>
      <w:r w:rsidRPr="00D6737F">
        <w:rPr>
          <w:rFonts w:ascii="Times New Roman" w:hAnsi="Times New Roman" w:cs="Times New Roman"/>
          <w:b/>
          <w:color w:val="000000" w:themeColor="text1"/>
          <w:vertAlign w:val="superscript"/>
          <w:lang w:val="pt-BR"/>
        </w:rPr>
        <w:t>1</w:t>
      </w:r>
      <w:r w:rsidRPr="00D6737F">
        <w:rPr>
          <w:rFonts w:ascii="Times New Roman" w:hAnsi="Times New Roman" w:cs="Times New Roman"/>
          <w:color w:val="000000" w:themeColor="text1"/>
          <w:lang w:val="pt-BR"/>
        </w:rPr>
        <w:t xml:space="preserve"> Nome e sobrenome. Universidade ou Instituição. País. E-mail.</w:t>
      </w:r>
    </w:p>
    <w:p w14:paraId="41D3F14B" w14:textId="77777777" w:rsidR="00D6737F" w:rsidRPr="00D6737F" w:rsidRDefault="00D6737F" w:rsidP="00D6737F">
      <w:pPr>
        <w:spacing w:line="240" w:lineRule="auto"/>
        <w:jc w:val="right"/>
        <w:rPr>
          <w:rFonts w:ascii="Times New Roman" w:hAnsi="Times New Roman" w:cs="Times New Roman"/>
          <w:color w:val="000000" w:themeColor="text1"/>
          <w:lang w:val="pt-BR"/>
        </w:rPr>
      </w:pPr>
      <w:r w:rsidRPr="00D6737F">
        <w:rPr>
          <w:rFonts w:ascii="Times New Roman" w:hAnsi="Times New Roman" w:cs="Times New Roman"/>
          <w:b/>
          <w:color w:val="000000" w:themeColor="text1"/>
          <w:vertAlign w:val="superscript"/>
          <w:lang w:val="pt-BR"/>
        </w:rPr>
        <w:t>2</w:t>
      </w:r>
      <w:r w:rsidRPr="00D6737F">
        <w:rPr>
          <w:rFonts w:ascii="Times New Roman" w:hAnsi="Times New Roman" w:cs="Times New Roman"/>
          <w:color w:val="000000" w:themeColor="text1"/>
          <w:lang w:val="pt-BR"/>
        </w:rPr>
        <w:t xml:space="preserve"> Nome e sobrenome. Universidade ou Instituição. País. E-mail</w:t>
      </w:r>
    </w:p>
    <w:p w14:paraId="7ADC9C37" w14:textId="77777777" w:rsidR="00D6737F" w:rsidRPr="00D6737F" w:rsidRDefault="00D6737F" w:rsidP="00D6737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lang w:val="pt-BR"/>
        </w:rPr>
      </w:pPr>
      <w:r w:rsidRPr="00D6737F">
        <w:rPr>
          <w:rFonts w:ascii="Times New Roman" w:hAnsi="Times New Roman" w:cs="Times New Roman"/>
          <w:b/>
          <w:color w:val="000000" w:themeColor="text1"/>
          <w:lang w:val="pt-BR"/>
        </w:rPr>
        <w:t>RESUMO</w:t>
      </w:r>
    </w:p>
    <w:p w14:paraId="7C61DF3D" w14:textId="77777777" w:rsidR="00D6737F" w:rsidRPr="00D6737F" w:rsidRDefault="00D6737F" w:rsidP="00D6737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lang w:val="pt-BR"/>
        </w:rPr>
      </w:pPr>
      <w:proofErr w:type="spellStart"/>
      <w:r w:rsidRPr="00D6737F">
        <w:rPr>
          <w:rFonts w:ascii="Times New Roman" w:hAnsi="Times New Roman" w:cs="Times New Roman"/>
          <w:color w:val="000000" w:themeColor="text1"/>
          <w:lang w:val="pt-BR"/>
        </w:rPr>
        <w:t>Xxxxx</w:t>
      </w:r>
      <w:proofErr w:type="spellEnd"/>
      <w:r w:rsidRPr="00D6737F">
        <w:rPr>
          <w:rFonts w:ascii="Times New Roman" w:hAnsi="Times New Roman" w:cs="Times New Roman"/>
          <w:color w:val="000000" w:themeColor="text1"/>
          <w:lang w:val="pt-BR"/>
        </w:rPr>
        <w:t xml:space="preserve">. </w:t>
      </w:r>
      <w:proofErr w:type="spellStart"/>
      <w:r w:rsidRPr="00D6737F">
        <w:rPr>
          <w:rFonts w:ascii="Times New Roman" w:hAnsi="Times New Roman" w:cs="Times New Roman"/>
          <w:color w:val="000000" w:themeColor="text1"/>
          <w:lang w:val="pt-BR"/>
        </w:rPr>
        <w:t>Xxxxx</w:t>
      </w:r>
      <w:proofErr w:type="spellEnd"/>
      <w:r w:rsidRPr="00D6737F">
        <w:rPr>
          <w:rFonts w:ascii="Times New Roman" w:hAnsi="Times New Roman" w:cs="Times New Roman"/>
          <w:color w:val="000000" w:themeColor="text1"/>
          <w:lang w:val="pt-BR"/>
        </w:rPr>
        <w:t>…</w:t>
      </w:r>
    </w:p>
    <w:p w14:paraId="51BE31B4" w14:textId="77777777" w:rsidR="00D6737F" w:rsidRPr="00D6737F" w:rsidRDefault="00D6737F" w:rsidP="00D6737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lang w:val="pt-BR"/>
        </w:rPr>
      </w:pPr>
      <w:proofErr w:type="spellStart"/>
      <w:r w:rsidRPr="00D6737F">
        <w:rPr>
          <w:rFonts w:ascii="Times New Roman" w:hAnsi="Times New Roman" w:cs="Times New Roman"/>
          <w:color w:val="000000" w:themeColor="text1"/>
          <w:lang w:val="pt-BR"/>
        </w:rPr>
        <w:t>Xxxxx</w:t>
      </w:r>
      <w:proofErr w:type="spellEnd"/>
      <w:r w:rsidRPr="00D6737F">
        <w:rPr>
          <w:rFonts w:ascii="Times New Roman" w:hAnsi="Times New Roman" w:cs="Times New Roman"/>
          <w:color w:val="000000" w:themeColor="text1"/>
          <w:lang w:val="pt-BR"/>
        </w:rPr>
        <w:t xml:space="preserve">. </w:t>
      </w:r>
      <w:proofErr w:type="spellStart"/>
      <w:r w:rsidRPr="00D6737F">
        <w:rPr>
          <w:rFonts w:ascii="Times New Roman" w:hAnsi="Times New Roman" w:cs="Times New Roman"/>
          <w:color w:val="000000" w:themeColor="text1"/>
          <w:lang w:val="pt-BR"/>
        </w:rPr>
        <w:t>Xxxxx</w:t>
      </w:r>
      <w:proofErr w:type="spellEnd"/>
      <w:r w:rsidRPr="00D6737F">
        <w:rPr>
          <w:rFonts w:ascii="Times New Roman" w:hAnsi="Times New Roman" w:cs="Times New Roman"/>
          <w:color w:val="000000" w:themeColor="text1"/>
          <w:lang w:val="pt-BR"/>
        </w:rPr>
        <w:t>…</w:t>
      </w:r>
    </w:p>
    <w:p w14:paraId="08859AB0" w14:textId="77777777" w:rsidR="00D6737F" w:rsidRPr="00D6737F" w:rsidRDefault="00D6737F" w:rsidP="00D6737F">
      <w:pPr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A40000"/>
          <w:lang w:val="pt-BR"/>
        </w:rPr>
      </w:pPr>
      <w:r w:rsidRPr="00D6737F">
        <w:rPr>
          <w:rFonts w:ascii="Times New Roman" w:hAnsi="Times New Roman" w:cs="Times New Roman"/>
          <w:b/>
          <w:bCs/>
          <w:i/>
          <w:iCs/>
          <w:color w:val="A40000"/>
          <w:lang w:val="pt-BR"/>
        </w:rPr>
        <w:t>Nota:</w:t>
      </w:r>
      <w:r w:rsidRPr="00D6737F">
        <w:rPr>
          <w:rFonts w:ascii="Times New Roman" w:hAnsi="Times New Roman" w:cs="Times New Roman"/>
          <w:i/>
          <w:iCs/>
          <w:color w:val="A40000"/>
          <w:lang w:val="pt-BR"/>
        </w:rPr>
        <w:t xml:space="preserve"> Recomenda-se que o resumo seja redigido de forma concisa. Também é recomendado que tenha entre 300 e 500 palavras. São aceitos trabalhos empíricos, teóricos e metodológicos. Recomenda-se que inclua diversos tópicos, como Introdução, Metodologia, Resultados, Discussão e/ou Conclusões.</w:t>
      </w:r>
    </w:p>
    <w:p w14:paraId="088C12AE" w14:textId="77777777" w:rsidR="00D6737F" w:rsidRPr="00D6737F" w:rsidRDefault="00D6737F" w:rsidP="00D6737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lang w:val="pt-BR"/>
        </w:rPr>
      </w:pPr>
      <w:r w:rsidRPr="00D6737F">
        <w:rPr>
          <w:rFonts w:ascii="Times New Roman" w:hAnsi="Times New Roman" w:cs="Times New Roman"/>
          <w:b/>
          <w:color w:val="000000" w:themeColor="text1"/>
          <w:lang w:val="pt-BR"/>
        </w:rPr>
        <w:t>PALAVRAS-CHAVE</w:t>
      </w:r>
    </w:p>
    <w:p w14:paraId="00B54E4B" w14:textId="77777777" w:rsidR="00D6737F" w:rsidRPr="00D6737F" w:rsidRDefault="00D6737F" w:rsidP="00D6737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lang w:val="pt-BR"/>
        </w:rPr>
      </w:pPr>
      <w:r w:rsidRPr="00D6737F">
        <w:rPr>
          <w:rFonts w:ascii="Times New Roman" w:hAnsi="Times New Roman" w:cs="Times New Roman"/>
          <w:color w:val="000000" w:themeColor="text1"/>
          <w:lang w:val="pt-BR"/>
        </w:rPr>
        <w:t>Palavra 1; Palavra 2; Palavra 3; Palavra 4; Palavra 5.</w:t>
      </w:r>
    </w:p>
    <w:p w14:paraId="468945BF" w14:textId="77777777" w:rsidR="00D6737F" w:rsidRPr="00D6737F" w:rsidRDefault="00D6737F" w:rsidP="00D6737F">
      <w:pPr>
        <w:spacing w:line="240" w:lineRule="auto"/>
        <w:jc w:val="both"/>
        <w:rPr>
          <w:rFonts w:ascii="Times New Roman" w:hAnsi="Times New Roman" w:cs="Times New Roman"/>
          <w:b/>
          <w:color w:val="000000" w:themeColor="text1"/>
          <w:lang w:val="pt-BR"/>
        </w:rPr>
      </w:pPr>
      <w:r w:rsidRPr="00D6737F">
        <w:rPr>
          <w:rFonts w:ascii="Times New Roman" w:hAnsi="Times New Roman" w:cs="Times New Roman"/>
          <w:b/>
          <w:color w:val="000000" w:themeColor="text1"/>
          <w:lang w:val="pt-BR"/>
        </w:rPr>
        <w:t>REFERÊNCIAS BIBLIOGRÁFICAS</w:t>
      </w:r>
    </w:p>
    <w:p w14:paraId="1B459A90" w14:textId="77777777" w:rsidR="00D6737F" w:rsidRPr="00D6737F" w:rsidRDefault="00D6737F" w:rsidP="00D6737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lang w:val="pt-BR"/>
        </w:rPr>
      </w:pPr>
      <w:proofErr w:type="spellStart"/>
      <w:r w:rsidRPr="00D6737F">
        <w:rPr>
          <w:rFonts w:ascii="Times New Roman" w:hAnsi="Times New Roman" w:cs="Times New Roman"/>
          <w:color w:val="000000" w:themeColor="text1"/>
          <w:lang w:val="pt-BR"/>
        </w:rPr>
        <w:t>Xxxxx</w:t>
      </w:r>
      <w:proofErr w:type="spellEnd"/>
      <w:r w:rsidRPr="00D6737F">
        <w:rPr>
          <w:rFonts w:ascii="Times New Roman" w:hAnsi="Times New Roman" w:cs="Times New Roman"/>
          <w:color w:val="000000" w:themeColor="text1"/>
          <w:lang w:val="pt-BR"/>
        </w:rPr>
        <w:t xml:space="preserve">. </w:t>
      </w:r>
      <w:proofErr w:type="spellStart"/>
      <w:r w:rsidRPr="00D6737F">
        <w:rPr>
          <w:rFonts w:ascii="Times New Roman" w:hAnsi="Times New Roman" w:cs="Times New Roman"/>
          <w:color w:val="000000" w:themeColor="text1"/>
          <w:lang w:val="pt-BR"/>
        </w:rPr>
        <w:t>Xxxxx</w:t>
      </w:r>
      <w:proofErr w:type="spellEnd"/>
      <w:r w:rsidRPr="00D6737F">
        <w:rPr>
          <w:rFonts w:ascii="Times New Roman" w:hAnsi="Times New Roman" w:cs="Times New Roman"/>
          <w:color w:val="000000" w:themeColor="text1"/>
          <w:lang w:val="pt-BR"/>
        </w:rPr>
        <w:t>….</w:t>
      </w:r>
    </w:p>
    <w:p w14:paraId="58475403" w14:textId="77777777" w:rsidR="00D6737F" w:rsidRPr="00D6737F" w:rsidRDefault="00D6737F" w:rsidP="00D6737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lang w:val="pt-BR"/>
        </w:rPr>
      </w:pPr>
      <w:proofErr w:type="spellStart"/>
      <w:r w:rsidRPr="00D6737F">
        <w:rPr>
          <w:rFonts w:ascii="Times New Roman" w:hAnsi="Times New Roman" w:cs="Times New Roman"/>
          <w:color w:val="000000" w:themeColor="text1"/>
          <w:lang w:val="pt-BR"/>
        </w:rPr>
        <w:t>Xxxxx</w:t>
      </w:r>
      <w:proofErr w:type="spellEnd"/>
      <w:r w:rsidRPr="00D6737F">
        <w:rPr>
          <w:rFonts w:ascii="Times New Roman" w:hAnsi="Times New Roman" w:cs="Times New Roman"/>
          <w:color w:val="000000" w:themeColor="text1"/>
          <w:lang w:val="pt-BR"/>
        </w:rPr>
        <w:t xml:space="preserve">. </w:t>
      </w:r>
      <w:proofErr w:type="spellStart"/>
      <w:r w:rsidRPr="00D6737F">
        <w:rPr>
          <w:rFonts w:ascii="Times New Roman" w:hAnsi="Times New Roman" w:cs="Times New Roman"/>
          <w:color w:val="000000" w:themeColor="text1"/>
          <w:lang w:val="pt-BR"/>
        </w:rPr>
        <w:t>Xxxxx</w:t>
      </w:r>
      <w:proofErr w:type="spellEnd"/>
      <w:r w:rsidRPr="00D6737F">
        <w:rPr>
          <w:rFonts w:ascii="Times New Roman" w:hAnsi="Times New Roman" w:cs="Times New Roman"/>
          <w:color w:val="000000" w:themeColor="text1"/>
          <w:lang w:val="pt-BR"/>
        </w:rPr>
        <w:t>….</w:t>
      </w:r>
    </w:p>
    <w:p w14:paraId="436EDECA" w14:textId="77777777" w:rsidR="00D6737F" w:rsidRPr="00D6737F" w:rsidRDefault="00D6737F" w:rsidP="00D6737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lang w:val="pt-BR"/>
        </w:rPr>
      </w:pPr>
      <w:proofErr w:type="spellStart"/>
      <w:r w:rsidRPr="00D6737F">
        <w:rPr>
          <w:rFonts w:ascii="Times New Roman" w:hAnsi="Times New Roman" w:cs="Times New Roman"/>
          <w:color w:val="000000" w:themeColor="text1"/>
          <w:lang w:val="pt-BR"/>
        </w:rPr>
        <w:t>Xxxxx</w:t>
      </w:r>
      <w:proofErr w:type="spellEnd"/>
      <w:r w:rsidRPr="00D6737F">
        <w:rPr>
          <w:rFonts w:ascii="Times New Roman" w:hAnsi="Times New Roman" w:cs="Times New Roman"/>
          <w:color w:val="000000" w:themeColor="text1"/>
          <w:lang w:val="pt-BR"/>
        </w:rPr>
        <w:t xml:space="preserve">. </w:t>
      </w:r>
      <w:proofErr w:type="spellStart"/>
      <w:r w:rsidRPr="00D6737F">
        <w:rPr>
          <w:rFonts w:ascii="Times New Roman" w:hAnsi="Times New Roman" w:cs="Times New Roman"/>
          <w:color w:val="000000" w:themeColor="text1"/>
          <w:lang w:val="pt-BR"/>
        </w:rPr>
        <w:t>Xxxxx</w:t>
      </w:r>
      <w:proofErr w:type="spellEnd"/>
      <w:r w:rsidRPr="00D6737F">
        <w:rPr>
          <w:rFonts w:ascii="Times New Roman" w:hAnsi="Times New Roman" w:cs="Times New Roman"/>
          <w:color w:val="000000" w:themeColor="text1"/>
          <w:lang w:val="pt-BR"/>
        </w:rPr>
        <w:t>….</w:t>
      </w:r>
    </w:p>
    <w:p w14:paraId="0F65D436" w14:textId="77777777" w:rsidR="00D6737F" w:rsidRPr="00D6737F" w:rsidRDefault="00D6737F" w:rsidP="00D6737F">
      <w:pPr>
        <w:spacing w:line="240" w:lineRule="auto"/>
        <w:jc w:val="both"/>
        <w:rPr>
          <w:rFonts w:ascii="Times New Roman" w:hAnsi="Times New Roman" w:cs="Times New Roman"/>
          <w:i/>
          <w:iCs/>
          <w:color w:val="A40000"/>
          <w:lang w:val="pt-BR"/>
        </w:rPr>
      </w:pPr>
      <w:r w:rsidRPr="00D6737F">
        <w:rPr>
          <w:rFonts w:ascii="Times New Roman" w:hAnsi="Times New Roman" w:cs="Times New Roman"/>
          <w:b/>
          <w:bCs/>
          <w:i/>
          <w:iCs/>
          <w:color w:val="A40000"/>
          <w:lang w:val="pt-BR"/>
        </w:rPr>
        <w:t>Nota</w:t>
      </w:r>
      <w:r w:rsidRPr="00D6737F">
        <w:rPr>
          <w:rFonts w:ascii="Times New Roman" w:hAnsi="Times New Roman" w:cs="Times New Roman"/>
          <w:i/>
          <w:iCs/>
          <w:color w:val="A40000"/>
          <w:lang w:val="pt-BR"/>
        </w:rPr>
        <w:t>: Recomenda-se que as referências sejam apresentadas no formato APA (7ª ed.). Os seguintes exemplos são modelos orientativos. Substitua autores/as, ano, título, fonte e DOI/URL pelos dados reais. Não há limite de referências. Elas devem ser organizadas em ordem alfabética. Exemplos:</w:t>
      </w:r>
    </w:p>
    <w:p w14:paraId="508AD383" w14:textId="77777777" w:rsidR="00D6737F" w:rsidRPr="00D6737F" w:rsidRDefault="00D6737F" w:rsidP="00D6737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lang w:val="pt-BR"/>
        </w:rPr>
      </w:pPr>
      <w:r w:rsidRPr="00D6737F">
        <w:rPr>
          <w:rFonts w:ascii="Times New Roman" w:hAnsi="Times New Roman" w:cs="Times New Roman"/>
          <w:b/>
          <w:bCs/>
          <w:color w:val="000000" w:themeColor="text1"/>
          <w:lang w:val="pt-BR"/>
        </w:rPr>
        <w:t>Artigo de revista (com DOI)</w:t>
      </w:r>
      <w:r w:rsidRPr="00D6737F">
        <w:rPr>
          <w:rFonts w:ascii="Times New Roman" w:hAnsi="Times New Roman" w:cs="Times New Roman"/>
          <w:color w:val="000000" w:themeColor="text1"/>
          <w:lang w:val="pt-BR"/>
        </w:rPr>
        <w:t xml:space="preserve">: Sobrenome, N. N., &amp; Sobrenome, N. N. (Ano). Título do artigo em estilo de oração. </w:t>
      </w:r>
      <w:r w:rsidRPr="00D6737F">
        <w:rPr>
          <w:rFonts w:ascii="Times New Roman" w:hAnsi="Times New Roman" w:cs="Times New Roman"/>
          <w:i/>
          <w:iCs/>
          <w:color w:val="000000" w:themeColor="text1"/>
          <w:lang w:val="pt-BR"/>
        </w:rPr>
        <w:t xml:space="preserve">Título da Revista, volume </w:t>
      </w:r>
      <w:r w:rsidRPr="00D6737F">
        <w:rPr>
          <w:rFonts w:ascii="Times New Roman" w:hAnsi="Times New Roman" w:cs="Times New Roman"/>
          <w:color w:val="000000" w:themeColor="text1"/>
          <w:lang w:val="pt-BR"/>
        </w:rPr>
        <w:t xml:space="preserve">(número), </w:t>
      </w:r>
      <w:proofErr w:type="spellStart"/>
      <w:r w:rsidRPr="00D6737F">
        <w:rPr>
          <w:rFonts w:ascii="Times New Roman" w:hAnsi="Times New Roman" w:cs="Times New Roman"/>
          <w:color w:val="000000" w:themeColor="text1"/>
          <w:lang w:val="pt-BR"/>
        </w:rPr>
        <w:t>xx</w:t>
      </w:r>
      <w:proofErr w:type="spellEnd"/>
      <w:r w:rsidRPr="00D6737F">
        <w:rPr>
          <w:rFonts w:ascii="Times New Roman" w:hAnsi="Times New Roman" w:cs="Times New Roman"/>
          <w:color w:val="000000" w:themeColor="text1"/>
          <w:lang w:val="pt-BR"/>
        </w:rPr>
        <w:t>–</w:t>
      </w:r>
      <w:proofErr w:type="spellStart"/>
      <w:r w:rsidRPr="00D6737F">
        <w:rPr>
          <w:rFonts w:ascii="Times New Roman" w:hAnsi="Times New Roman" w:cs="Times New Roman"/>
          <w:color w:val="000000" w:themeColor="text1"/>
          <w:lang w:val="pt-BR"/>
        </w:rPr>
        <w:t>xx</w:t>
      </w:r>
      <w:proofErr w:type="spellEnd"/>
      <w:r w:rsidRPr="00D6737F">
        <w:rPr>
          <w:rFonts w:ascii="Times New Roman" w:hAnsi="Times New Roman" w:cs="Times New Roman"/>
          <w:color w:val="000000" w:themeColor="text1"/>
          <w:lang w:val="pt-BR"/>
        </w:rPr>
        <w:t>. https://doi.org/xxxxx</w:t>
      </w:r>
    </w:p>
    <w:p w14:paraId="78E135C2" w14:textId="77777777" w:rsidR="00D6737F" w:rsidRPr="00D6737F" w:rsidRDefault="00D6737F" w:rsidP="00D6737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lang w:val="pt-BR"/>
        </w:rPr>
      </w:pPr>
      <w:r w:rsidRPr="00D6737F">
        <w:rPr>
          <w:rFonts w:ascii="Times New Roman" w:hAnsi="Times New Roman" w:cs="Times New Roman"/>
          <w:b/>
          <w:bCs/>
          <w:color w:val="000000" w:themeColor="text1"/>
          <w:lang w:val="pt-BR"/>
        </w:rPr>
        <w:t>Livro</w:t>
      </w:r>
      <w:r w:rsidRPr="00D6737F">
        <w:rPr>
          <w:rFonts w:ascii="Times New Roman" w:hAnsi="Times New Roman" w:cs="Times New Roman"/>
          <w:color w:val="000000" w:themeColor="text1"/>
          <w:lang w:val="pt-BR"/>
        </w:rPr>
        <w:t xml:space="preserve">: Sobrenome, N. N. (Ano). </w:t>
      </w:r>
      <w:r w:rsidRPr="00D6737F">
        <w:rPr>
          <w:rFonts w:ascii="Times New Roman" w:hAnsi="Times New Roman" w:cs="Times New Roman"/>
          <w:i/>
          <w:iCs/>
          <w:color w:val="000000" w:themeColor="text1"/>
          <w:lang w:val="pt-BR"/>
        </w:rPr>
        <w:t>Título do livro: Subtítulo</w:t>
      </w:r>
      <w:r w:rsidRPr="00D6737F">
        <w:rPr>
          <w:rFonts w:ascii="Times New Roman" w:hAnsi="Times New Roman" w:cs="Times New Roman"/>
          <w:color w:val="000000" w:themeColor="text1"/>
          <w:lang w:val="pt-BR"/>
        </w:rPr>
        <w:t>. Editorial.</w:t>
      </w:r>
    </w:p>
    <w:p w14:paraId="72D84644" w14:textId="77777777" w:rsidR="00D6737F" w:rsidRPr="00D6737F" w:rsidRDefault="00D6737F" w:rsidP="00D6737F">
      <w:pPr>
        <w:spacing w:line="240" w:lineRule="auto"/>
        <w:ind w:left="720"/>
        <w:jc w:val="both"/>
        <w:rPr>
          <w:rFonts w:ascii="Times New Roman" w:hAnsi="Times New Roman" w:cs="Times New Roman"/>
          <w:color w:val="000000" w:themeColor="text1"/>
          <w:lang w:val="pt-BR"/>
        </w:rPr>
      </w:pPr>
      <w:r w:rsidRPr="00D6737F">
        <w:rPr>
          <w:rFonts w:ascii="Times New Roman" w:hAnsi="Times New Roman" w:cs="Times New Roman"/>
          <w:color w:val="000000" w:themeColor="text1"/>
          <w:lang w:val="pt-BR"/>
        </w:rPr>
        <w:t xml:space="preserve">Sobrenome, N. N. (Ano). Título do capítulo em N. Sobrenome &amp; N. Sobrenome (Ed.), </w:t>
      </w:r>
      <w:r w:rsidRPr="00D6737F">
        <w:rPr>
          <w:rFonts w:ascii="Times New Roman" w:hAnsi="Times New Roman" w:cs="Times New Roman"/>
          <w:i/>
          <w:iCs/>
          <w:color w:val="000000" w:themeColor="text1"/>
          <w:lang w:val="pt-BR"/>
        </w:rPr>
        <w:t>Título do livro</w:t>
      </w:r>
      <w:r w:rsidRPr="00D6737F">
        <w:rPr>
          <w:rFonts w:ascii="Times New Roman" w:hAnsi="Times New Roman" w:cs="Times New Roman"/>
          <w:color w:val="000000" w:themeColor="text1"/>
          <w:lang w:val="pt-BR"/>
        </w:rPr>
        <w:t xml:space="preserve"> (pp. </w:t>
      </w:r>
      <w:proofErr w:type="spellStart"/>
      <w:r w:rsidRPr="00D6737F">
        <w:rPr>
          <w:rFonts w:ascii="Times New Roman" w:hAnsi="Times New Roman" w:cs="Times New Roman"/>
          <w:color w:val="000000" w:themeColor="text1"/>
          <w:lang w:val="pt-BR"/>
        </w:rPr>
        <w:t>xx</w:t>
      </w:r>
      <w:proofErr w:type="spellEnd"/>
      <w:r w:rsidRPr="00D6737F">
        <w:rPr>
          <w:rFonts w:ascii="Times New Roman" w:hAnsi="Times New Roman" w:cs="Times New Roman"/>
          <w:color w:val="000000" w:themeColor="text1"/>
          <w:lang w:val="pt-BR"/>
        </w:rPr>
        <w:t>–</w:t>
      </w:r>
      <w:proofErr w:type="spellStart"/>
      <w:r w:rsidRPr="00D6737F">
        <w:rPr>
          <w:rFonts w:ascii="Times New Roman" w:hAnsi="Times New Roman" w:cs="Times New Roman"/>
          <w:color w:val="000000" w:themeColor="text1"/>
          <w:lang w:val="pt-BR"/>
        </w:rPr>
        <w:t>xx</w:t>
      </w:r>
      <w:proofErr w:type="spellEnd"/>
      <w:r w:rsidRPr="00D6737F">
        <w:rPr>
          <w:rFonts w:ascii="Times New Roman" w:hAnsi="Times New Roman" w:cs="Times New Roman"/>
          <w:color w:val="000000" w:themeColor="text1"/>
          <w:lang w:val="pt-BR"/>
        </w:rPr>
        <w:t>). Editorial.</w:t>
      </w:r>
    </w:p>
    <w:p w14:paraId="6E0C8308" w14:textId="77777777" w:rsidR="00D6737F" w:rsidRPr="00D6737F" w:rsidRDefault="00D6737F" w:rsidP="00D6737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lang w:val="pt-BR"/>
        </w:rPr>
      </w:pPr>
      <w:r w:rsidRPr="00D6737F">
        <w:rPr>
          <w:rFonts w:ascii="Times New Roman" w:hAnsi="Times New Roman" w:cs="Times New Roman"/>
          <w:b/>
          <w:bCs/>
          <w:color w:val="000000" w:themeColor="text1"/>
          <w:lang w:val="pt-BR"/>
        </w:rPr>
        <w:t>Noticia (imprensa online)</w:t>
      </w:r>
      <w:r w:rsidRPr="00D6737F">
        <w:rPr>
          <w:rFonts w:ascii="Times New Roman" w:hAnsi="Times New Roman" w:cs="Times New Roman"/>
          <w:color w:val="000000" w:themeColor="text1"/>
          <w:lang w:val="pt-BR"/>
        </w:rPr>
        <w:t xml:space="preserve">: Sobrenome, N. N. (Ano, dia de mês). Título da notícia. </w:t>
      </w:r>
      <w:r w:rsidRPr="00D6737F">
        <w:rPr>
          <w:rFonts w:ascii="Times New Roman" w:hAnsi="Times New Roman" w:cs="Times New Roman"/>
          <w:i/>
          <w:iCs/>
          <w:color w:val="000000" w:themeColor="text1"/>
          <w:lang w:val="pt-BR"/>
        </w:rPr>
        <w:t>Nome do veículo de comunicação</w:t>
      </w:r>
      <w:r w:rsidRPr="00D6737F">
        <w:rPr>
          <w:rFonts w:ascii="Times New Roman" w:hAnsi="Times New Roman" w:cs="Times New Roman"/>
          <w:color w:val="000000" w:themeColor="text1"/>
          <w:lang w:val="pt-BR"/>
        </w:rPr>
        <w:t>. URL</w:t>
      </w:r>
    </w:p>
    <w:p w14:paraId="15BA24E5" w14:textId="7E6748CA" w:rsidR="00D87AF7" w:rsidRPr="00D6737F" w:rsidRDefault="00D87AF7" w:rsidP="00FF43E5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lang w:val="pt-BR"/>
        </w:rPr>
      </w:pPr>
    </w:p>
    <w:p w14:paraId="5B606CE9" w14:textId="77777777" w:rsidR="003B042A" w:rsidRPr="00D6737F" w:rsidRDefault="003B042A" w:rsidP="00FF43E5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lang w:val="pt-BR"/>
        </w:rPr>
      </w:pPr>
    </w:p>
    <w:p w14:paraId="710BAC22" w14:textId="4FE95A1E" w:rsidR="00D6737F" w:rsidRPr="00D6737F" w:rsidRDefault="00D6737F" w:rsidP="00D6737F">
      <w:pPr>
        <w:spacing w:line="240" w:lineRule="auto"/>
        <w:rPr>
          <w:rFonts w:ascii="Times New Roman" w:hAnsi="Times New Roman" w:cs="Times New Roman"/>
          <w:color w:val="000000" w:themeColor="text1"/>
          <w:lang w:val="pt-BR"/>
        </w:rPr>
      </w:pPr>
      <w:r w:rsidRPr="00D6737F">
        <w:rPr>
          <w:rFonts w:ascii="Times New Roman" w:hAnsi="Times New Roman" w:cs="Times New Roman"/>
          <w:b/>
          <w:color w:val="000000" w:themeColor="text1"/>
          <w:lang w:val="pt-BR"/>
        </w:rPr>
        <w:lastRenderedPageBreak/>
        <w:t xml:space="preserve">TÍTULO DA APRESENTAÇÃO </w:t>
      </w:r>
      <w:r>
        <w:rPr>
          <w:rFonts w:ascii="Times New Roman" w:hAnsi="Times New Roman" w:cs="Times New Roman"/>
          <w:b/>
          <w:color w:val="000000" w:themeColor="text1"/>
          <w:lang w:val="pt-BR"/>
        </w:rPr>
        <w:t>5</w:t>
      </w:r>
    </w:p>
    <w:p w14:paraId="67D799A6" w14:textId="77777777" w:rsidR="00D6737F" w:rsidRPr="00D6737F" w:rsidRDefault="00D6737F" w:rsidP="00D6737F">
      <w:pPr>
        <w:jc w:val="right"/>
        <w:rPr>
          <w:rFonts w:ascii="Times New Roman" w:hAnsi="Times New Roman" w:cs="Times New Roman"/>
          <w:lang w:val="pt-BR"/>
        </w:rPr>
      </w:pPr>
      <w:r w:rsidRPr="00D6737F">
        <w:rPr>
          <w:rFonts w:ascii="Times New Roman" w:hAnsi="Times New Roman" w:cs="Times New Roman"/>
          <w:b/>
          <w:color w:val="000000" w:themeColor="text1"/>
          <w:lang w:val="pt-BR"/>
        </w:rPr>
        <w:t>Autor 1</w:t>
      </w:r>
      <w:r w:rsidRPr="00D6737F">
        <w:rPr>
          <w:rFonts w:ascii="Times New Roman" w:hAnsi="Times New Roman" w:cs="Times New Roman"/>
          <w:b/>
          <w:color w:val="000000" w:themeColor="text1"/>
          <w:vertAlign w:val="superscript"/>
          <w:lang w:val="pt-BR"/>
        </w:rPr>
        <w:t>1</w:t>
      </w:r>
      <w:r w:rsidRPr="00D6737F">
        <w:rPr>
          <w:rFonts w:ascii="Times New Roman" w:hAnsi="Times New Roman" w:cs="Times New Roman"/>
          <w:color w:val="000000" w:themeColor="text1"/>
          <w:lang w:val="pt-BR"/>
        </w:rPr>
        <w:t xml:space="preserve">; </w:t>
      </w:r>
      <w:r w:rsidRPr="00D6737F">
        <w:rPr>
          <w:rFonts w:ascii="Times New Roman" w:hAnsi="Times New Roman" w:cs="Times New Roman"/>
          <w:b/>
          <w:color w:val="000000" w:themeColor="text1"/>
          <w:lang w:val="pt-BR"/>
        </w:rPr>
        <w:t>Autor 2</w:t>
      </w:r>
      <w:r w:rsidRPr="00D6737F">
        <w:rPr>
          <w:rFonts w:ascii="Times New Roman" w:hAnsi="Times New Roman" w:cs="Times New Roman"/>
          <w:b/>
          <w:color w:val="000000" w:themeColor="text1"/>
          <w:vertAlign w:val="superscript"/>
          <w:lang w:val="pt-BR"/>
        </w:rPr>
        <w:t>2</w:t>
      </w:r>
      <w:r w:rsidRPr="00D6737F">
        <w:rPr>
          <w:rFonts w:ascii="Times New Roman" w:hAnsi="Times New Roman" w:cs="Times New Roman"/>
          <w:color w:val="000000" w:themeColor="text1"/>
          <w:lang w:val="pt-BR"/>
        </w:rPr>
        <w:t xml:space="preserve">; </w:t>
      </w:r>
    </w:p>
    <w:p w14:paraId="552E548A" w14:textId="77777777" w:rsidR="00D6737F" w:rsidRPr="00D6737F" w:rsidRDefault="00D6737F" w:rsidP="00D6737F">
      <w:pPr>
        <w:spacing w:line="240" w:lineRule="auto"/>
        <w:jc w:val="right"/>
        <w:rPr>
          <w:rFonts w:ascii="Times New Roman" w:hAnsi="Times New Roman" w:cs="Times New Roman"/>
          <w:color w:val="000000" w:themeColor="text1"/>
          <w:lang w:val="pt-BR"/>
        </w:rPr>
      </w:pPr>
      <w:r w:rsidRPr="00D6737F">
        <w:rPr>
          <w:rFonts w:ascii="Times New Roman" w:hAnsi="Times New Roman" w:cs="Times New Roman"/>
          <w:b/>
          <w:color w:val="000000" w:themeColor="text1"/>
          <w:vertAlign w:val="superscript"/>
          <w:lang w:val="pt-BR"/>
        </w:rPr>
        <w:t>1</w:t>
      </w:r>
      <w:r w:rsidRPr="00D6737F">
        <w:rPr>
          <w:rFonts w:ascii="Times New Roman" w:hAnsi="Times New Roman" w:cs="Times New Roman"/>
          <w:color w:val="000000" w:themeColor="text1"/>
          <w:lang w:val="pt-BR"/>
        </w:rPr>
        <w:t xml:space="preserve"> Nome e sobrenome. Universidade ou Instituição. País. E-mail.</w:t>
      </w:r>
    </w:p>
    <w:p w14:paraId="6D6E06CD" w14:textId="77777777" w:rsidR="00D6737F" w:rsidRPr="00D6737F" w:rsidRDefault="00D6737F" w:rsidP="00D6737F">
      <w:pPr>
        <w:spacing w:line="240" w:lineRule="auto"/>
        <w:jc w:val="right"/>
        <w:rPr>
          <w:rFonts w:ascii="Times New Roman" w:hAnsi="Times New Roman" w:cs="Times New Roman"/>
          <w:color w:val="000000" w:themeColor="text1"/>
          <w:lang w:val="pt-BR"/>
        </w:rPr>
      </w:pPr>
      <w:r w:rsidRPr="00D6737F">
        <w:rPr>
          <w:rFonts w:ascii="Times New Roman" w:hAnsi="Times New Roman" w:cs="Times New Roman"/>
          <w:b/>
          <w:color w:val="000000" w:themeColor="text1"/>
          <w:vertAlign w:val="superscript"/>
          <w:lang w:val="pt-BR"/>
        </w:rPr>
        <w:t>2</w:t>
      </w:r>
      <w:r w:rsidRPr="00D6737F">
        <w:rPr>
          <w:rFonts w:ascii="Times New Roman" w:hAnsi="Times New Roman" w:cs="Times New Roman"/>
          <w:color w:val="000000" w:themeColor="text1"/>
          <w:lang w:val="pt-BR"/>
        </w:rPr>
        <w:t xml:space="preserve"> Nome e sobrenome. Universidade ou Instituição. País. E-mail</w:t>
      </w:r>
    </w:p>
    <w:p w14:paraId="3107CA0E" w14:textId="77777777" w:rsidR="00D6737F" w:rsidRPr="00D6737F" w:rsidRDefault="00D6737F" w:rsidP="00D6737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lang w:val="pt-BR"/>
        </w:rPr>
      </w:pPr>
      <w:r w:rsidRPr="00D6737F">
        <w:rPr>
          <w:rFonts w:ascii="Times New Roman" w:hAnsi="Times New Roman" w:cs="Times New Roman"/>
          <w:b/>
          <w:color w:val="000000" w:themeColor="text1"/>
          <w:lang w:val="pt-BR"/>
        </w:rPr>
        <w:t>RESUMO</w:t>
      </w:r>
    </w:p>
    <w:p w14:paraId="12DF3E00" w14:textId="77777777" w:rsidR="00D6737F" w:rsidRPr="00D6737F" w:rsidRDefault="00D6737F" w:rsidP="00D6737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lang w:val="pt-BR"/>
        </w:rPr>
      </w:pPr>
      <w:proofErr w:type="spellStart"/>
      <w:r w:rsidRPr="00D6737F">
        <w:rPr>
          <w:rFonts w:ascii="Times New Roman" w:hAnsi="Times New Roman" w:cs="Times New Roman"/>
          <w:color w:val="000000" w:themeColor="text1"/>
          <w:lang w:val="pt-BR"/>
        </w:rPr>
        <w:t>Xxxxx</w:t>
      </w:r>
      <w:proofErr w:type="spellEnd"/>
      <w:r w:rsidRPr="00D6737F">
        <w:rPr>
          <w:rFonts w:ascii="Times New Roman" w:hAnsi="Times New Roman" w:cs="Times New Roman"/>
          <w:color w:val="000000" w:themeColor="text1"/>
          <w:lang w:val="pt-BR"/>
        </w:rPr>
        <w:t xml:space="preserve">. </w:t>
      </w:r>
      <w:proofErr w:type="spellStart"/>
      <w:r w:rsidRPr="00D6737F">
        <w:rPr>
          <w:rFonts w:ascii="Times New Roman" w:hAnsi="Times New Roman" w:cs="Times New Roman"/>
          <w:color w:val="000000" w:themeColor="text1"/>
          <w:lang w:val="pt-BR"/>
        </w:rPr>
        <w:t>Xxxxx</w:t>
      </w:r>
      <w:proofErr w:type="spellEnd"/>
      <w:r w:rsidRPr="00D6737F">
        <w:rPr>
          <w:rFonts w:ascii="Times New Roman" w:hAnsi="Times New Roman" w:cs="Times New Roman"/>
          <w:color w:val="000000" w:themeColor="text1"/>
          <w:lang w:val="pt-BR"/>
        </w:rPr>
        <w:t>…</w:t>
      </w:r>
    </w:p>
    <w:p w14:paraId="195A4159" w14:textId="77777777" w:rsidR="00D6737F" w:rsidRPr="00D6737F" w:rsidRDefault="00D6737F" w:rsidP="00D6737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lang w:val="pt-BR"/>
        </w:rPr>
      </w:pPr>
      <w:proofErr w:type="spellStart"/>
      <w:r w:rsidRPr="00D6737F">
        <w:rPr>
          <w:rFonts w:ascii="Times New Roman" w:hAnsi="Times New Roman" w:cs="Times New Roman"/>
          <w:color w:val="000000" w:themeColor="text1"/>
          <w:lang w:val="pt-BR"/>
        </w:rPr>
        <w:t>Xxxxx</w:t>
      </w:r>
      <w:proofErr w:type="spellEnd"/>
      <w:r w:rsidRPr="00D6737F">
        <w:rPr>
          <w:rFonts w:ascii="Times New Roman" w:hAnsi="Times New Roman" w:cs="Times New Roman"/>
          <w:color w:val="000000" w:themeColor="text1"/>
          <w:lang w:val="pt-BR"/>
        </w:rPr>
        <w:t xml:space="preserve">. </w:t>
      </w:r>
      <w:proofErr w:type="spellStart"/>
      <w:r w:rsidRPr="00D6737F">
        <w:rPr>
          <w:rFonts w:ascii="Times New Roman" w:hAnsi="Times New Roman" w:cs="Times New Roman"/>
          <w:color w:val="000000" w:themeColor="text1"/>
          <w:lang w:val="pt-BR"/>
        </w:rPr>
        <w:t>Xxxxx</w:t>
      </w:r>
      <w:proofErr w:type="spellEnd"/>
      <w:r w:rsidRPr="00D6737F">
        <w:rPr>
          <w:rFonts w:ascii="Times New Roman" w:hAnsi="Times New Roman" w:cs="Times New Roman"/>
          <w:color w:val="000000" w:themeColor="text1"/>
          <w:lang w:val="pt-BR"/>
        </w:rPr>
        <w:t>…</w:t>
      </w:r>
    </w:p>
    <w:p w14:paraId="3689A16A" w14:textId="77777777" w:rsidR="00D6737F" w:rsidRPr="00D6737F" w:rsidRDefault="00D6737F" w:rsidP="00D6737F">
      <w:pPr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A40000"/>
          <w:lang w:val="pt-BR"/>
        </w:rPr>
      </w:pPr>
      <w:r w:rsidRPr="00D6737F">
        <w:rPr>
          <w:rFonts w:ascii="Times New Roman" w:hAnsi="Times New Roman" w:cs="Times New Roman"/>
          <w:b/>
          <w:bCs/>
          <w:i/>
          <w:iCs/>
          <w:color w:val="A40000"/>
          <w:lang w:val="pt-BR"/>
        </w:rPr>
        <w:t>Nota:</w:t>
      </w:r>
      <w:r w:rsidRPr="00D6737F">
        <w:rPr>
          <w:rFonts w:ascii="Times New Roman" w:hAnsi="Times New Roman" w:cs="Times New Roman"/>
          <w:i/>
          <w:iCs/>
          <w:color w:val="A40000"/>
          <w:lang w:val="pt-BR"/>
        </w:rPr>
        <w:t xml:space="preserve"> Recomenda-se que o resumo seja redigido de forma concisa. Também é recomendado que tenha entre 300 e 500 palavras. São aceitos trabalhos empíricos, teóricos e metodológicos. Recomenda-se que inclua diversos tópicos, como Introdução, Metodologia, Resultados, Discussão e/ou Conclusões.</w:t>
      </w:r>
    </w:p>
    <w:p w14:paraId="59022E2E" w14:textId="77777777" w:rsidR="00D6737F" w:rsidRPr="00D6737F" w:rsidRDefault="00D6737F" w:rsidP="00D6737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lang w:val="pt-BR"/>
        </w:rPr>
      </w:pPr>
      <w:r w:rsidRPr="00D6737F">
        <w:rPr>
          <w:rFonts w:ascii="Times New Roman" w:hAnsi="Times New Roman" w:cs="Times New Roman"/>
          <w:b/>
          <w:color w:val="000000" w:themeColor="text1"/>
          <w:lang w:val="pt-BR"/>
        </w:rPr>
        <w:t>PALAVRAS-CHAVE</w:t>
      </w:r>
    </w:p>
    <w:p w14:paraId="43B29046" w14:textId="77777777" w:rsidR="00D6737F" w:rsidRPr="00D6737F" w:rsidRDefault="00D6737F" w:rsidP="00D6737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lang w:val="pt-BR"/>
        </w:rPr>
      </w:pPr>
      <w:r w:rsidRPr="00D6737F">
        <w:rPr>
          <w:rFonts w:ascii="Times New Roman" w:hAnsi="Times New Roman" w:cs="Times New Roman"/>
          <w:color w:val="000000" w:themeColor="text1"/>
          <w:lang w:val="pt-BR"/>
        </w:rPr>
        <w:t>Palavra 1; Palavra 2; Palavra 3; Palavra 4; Palavra 5.</w:t>
      </w:r>
    </w:p>
    <w:p w14:paraId="3455A70C" w14:textId="77777777" w:rsidR="00D6737F" w:rsidRPr="00D6737F" w:rsidRDefault="00D6737F" w:rsidP="00D6737F">
      <w:pPr>
        <w:spacing w:line="240" w:lineRule="auto"/>
        <w:jc w:val="both"/>
        <w:rPr>
          <w:rFonts w:ascii="Times New Roman" w:hAnsi="Times New Roman" w:cs="Times New Roman"/>
          <w:b/>
          <w:color w:val="000000" w:themeColor="text1"/>
          <w:lang w:val="pt-BR"/>
        </w:rPr>
      </w:pPr>
      <w:r w:rsidRPr="00D6737F">
        <w:rPr>
          <w:rFonts w:ascii="Times New Roman" w:hAnsi="Times New Roman" w:cs="Times New Roman"/>
          <w:b/>
          <w:color w:val="000000" w:themeColor="text1"/>
          <w:lang w:val="pt-BR"/>
        </w:rPr>
        <w:t>REFERÊNCIAS BIBLIOGRÁFICAS</w:t>
      </w:r>
    </w:p>
    <w:p w14:paraId="54F63420" w14:textId="77777777" w:rsidR="00D6737F" w:rsidRPr="00D6737F" w:rsidRDefault="00D6737F" w:rsidP="00D6737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lang w:val="pt-BR"/>
        </w:rPr>
      </w:pPr>
      <w:proofErr w:type="spellStart"/>
      <w:r w:rsidRPr="00D6737F">
        <w:rPr>
          <w:rFonts w:ascii="Times New Roman" w:hAnsi="Times New Roman" w:cs="Times New Roman"/>
          <w:color w:val="000000" w:themeColor="text1"/>
          <w:lang w:val="pt-BR"/>
        </w:rPr>
        <w:t>Xxxxx</w:t>
      </w:r>
      <w:proofErr w:type="spellEnd"/>
      <w:r w:rsidRPr="00D6737F">
        <w:rPr>
          <w:rFonts w:ascii="Times New Roman" w:hAnsi="Times New Roman" w:cs="Times New Roman"/>
          <w:color w:val="000000" w:themeColor="text1"/>
          <w:lang w:val="pt-BR"/>
        </w:rPr>
        <w:t xml:space="preserve">. </w:t>
      </w:r>
      <w:proofErr w:type="spellStart"/>
      <w:r w:rsidRPr="00D6737F">
        <w:rPr>
          <w:rFonts w:ascii="Times New Roman" w:hAnsi="Times New Roman" w:cs="Times New Roman"/>
          <w:color w:val="000000" w:themeColor="text1"/>
          <w:lang w:val="pt-BR"/>
        </w:rPr>
        <w:t>Xxxxx</w:t>
      </w:r>
      <w:proofErr w:type="spellEnd"/>
      <w:r w:rsidRPr="00D6737F">
        <w:rPr>
          <w:rFonts w:ascii="Times New Roman" w:hAnsi="Times New Roman" w:cs="Times New Roman"/>
          <w:color w:val="000000" w:themeColor="text1"/>
          <w:lang w:val="pt-BR"/>
        </w:rPr>
        <w:t>….</w:t>
      </w:r>
    </w:p>
    <w:p w14:paraId="043A9562" w14:textId="77777777" w:rsidR="00D6737F" w:rsidRPr="00D6737F" w:rsidRDefault="00D6737F" w:rsidP="00D6737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lang w:val="pt-BR"/>
        </w:rPr>
      </w:pPr>
      <w:proofErr w:type="spellStart"/>
      <w:r w:rsidRPr="00D6737F">
        <w:rPr>
          <w:rFonts w:ascii="Times New Roman" w:hAnsi="Times New Roman" w:cs="Times New Roman"/>
          <w:color w:val="000000" w:themeColor="text1"/>
          <w:lang w:val="pt-BR"/>
        </w:rPr>
        <w:t>Xxxxx</w:t>
      </w:r>
      <w:proofErr w:type="spellEnd"/>
      <w:r w:rsidRPr="00D6737F">
        <w:rPr>
          <w:rFonts w:ascii="Times New Roman" w:hAnsi="Times New Roman" w:cs="Times New Roman"/>
          <w:color w:val="000000" w:themeColor="text1"/>
          <w:lang w:val="pt-BR"/>
        </w:rPr>
        <w:t xml:space="preserve">. </w:t>
      </w:r>
      <w:proofErr w:type="spellStart"/>
      <w:r w:rsidRPr="00D6737F">
        <w:rPr>
          <w:rFonts w:ascii="Times New Roman" w:hAnsi="Times New Roman" w:cs="Times New Roman"/>
          <w:color w:val="000000" w:themeColor="text1"/>
          <w:lang w:val="pt-BR"/>
        </w:rPr>
        <w:t>Xxxxx</w:t>
      </w:r>
      <w:proofErr w:type="spellEnd"/>
      <w:r w:rsidRPr="00D6737F">
        <w:rPr>
          <w:rFonts w:ascii="Times New Roman" w:hAnsi="Times New Roman" w:cs="Times New Roman"/>
          <w:color w:val="000000" w:themeColor="text1"/>
          <w:lang w:val="pt-BR"/>
        </w:rPr>
        <w:t>….</w:t>
      </w:r>
    </w:p>
    <w:p w14:paraId="56817757" w14:textId="77777777" w:rsidR="00D6737F" w:rsidRPr="00D6737F" w:rsidRDefault="00D6737F" w:rsidP="00D6737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lang w:val="pt-BR"/>
        </w:rPr>
      </w:pPr>
      <w:proofErr w:type="spellStart"/>
      <w:r w:rsidRPr="00D6737F">
        <w:rPr>
          <w:rFonts w:ascii="Times New Roman" w:hAnsi="Times New Roman" w:cs="Times New Roman"/>
          <w:color w:val="000000" w:themeColor="text1"/>
          <w:lang w:val="pt-BR"/>
        </w:rPr>
        <w:t>Xxxxx</w:t>
      </w:r>
      <w:proofErr w:type="spellEnd"/>
      <w:r w:rsidRPr="00D6737F">
        <w:rPr>
          <w:rFonts w:ascii="Times New Roman" w:hAnsi="Times New Roman" w:cs="Times New Roman"/>
          <w:color w:val="000000" w:themeColor="text1"/>
          <w:lang w:val="pt-BR"/>
        </w:rPr>
        <w:t xml:space="preserve">. </w:t>
      </w:r>
      <w:proofErr w:type="spellStart"/>
      <w:r w:rsidRPr="00D6737F">
        <w:rPr>
          <w:rFonts w:ascii="Times New Roman" w:hAnsi="Times New Roman" w:cs="Times New Roman"/>
          <w:color w:val="000000" w:themeColor="text1"/>
          <w:lang w:val="pt-BR"/>
        </w:rPr>
        <w:t>Xxxxx</w:t>
      </w:r>
      <w:proofErr w:type="spellEnd"/>
      <w:r w:rsidRPr="00D6737F">
        <w:rPr>
          <w:rFonts w:ascii="Times New Roman" w:hAnsi="Times New Roman" w:cs="Times New Roman"/>
          <w:color w:val="000000" w:themeColor="text1"/>
          <w:lang w:val="pt-BR"/>
        </w:rPr>
        <w:t>….</w:t>
      </w:r>
    </w:p>
    <w:p w14:paraId="3FCC1AEC" w14:textId="77777777" w:rsidR="00D6737F" w:rsidRPr="00D6737F" w:rsidRDefault="00D6737F" w:rsidP="00D6737F">
      <w:pPr>
        <w:spacing w:line="240" w:lineRule="auto"/>
        <w:jc w:val="both"/>
        <w:rPr>
          <w:rFonts w:ascii="Times New Roman" w:hAnsi="Times New Roman" w:cs="Times New Roman"/>
          <w:i/>
          <w:iCs/>
          <w:color w:val="A40000"/>
          <w:lang w:val="pt-BR"/>
        </w:rPr>
      </w:pPr>
      <w:r w:rsidRPr="00D6737F">
        <w:rPr>
          <w:rFonts w:ascii="Times New Roman" w:hAnsi="Times New Roman" w:cs="Times New Roman"/>
          <w:b/>
          <w:bCs/>
          <w:i/>
          <w:iCs/>
          <w:color w:val="A40000"/>
          <w:lang w:val="pt-BR"/>
        </w:rPr>
        <w:t>Nota</w:t>
      </w:r>
      <w:r w:rsidRPr="00D6737F">
        <w:rPr>
          <w:rFonts w:ascii="Times New Roman" w:hAnsi="Times New Roman" w:cs="Times New Roman"/>
          <w:i/>
          <w:iCs/>
          <w:color w:val="A40000"/>
          <w:lang w:val="pt-BR"/>
        </w:rPr>
        <w:t>: Recomenda-se que as referências sejam apresentadas no formato APA (7ª ed.). Os seguintes exemplos são modelos orientativos. Substitua autores/as, ano, título, fonte e DOI/URL pelos dados reais. Não há limite de referências. Elas devem ser organizadas em ordem alfabética. Exemplos:</w:t>
      </w:r>
    </w:p>
    <w:p w14:paraId="1431B32B" w14:textId="77777777" w:rsidR="00D6737F" w:rsidRPr="00D6737F" w:rsidRDefault="00D6737F" w:rsidP="00D6737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lang w:val="pt-BR"/>
        </w:rPr>
      </w:pPr>
      <w:r w:rsidRPr="00D6737F">
        <w:rPr>
          <w:rFonts w:ascii="Times New Roman" w:hAnsi="Times New Roman" w:cs="Times New Roman"/>
          <w:b/>
          <w:bCs/>
          <w:color w:val="000000" w:themeColor="text1"/>
          <w:lang w:val="pt-BR"/>
        </w:rPr>
        <w:t>Artigo de revista (com DOI)</w:t>
      </w:r>
      <w:r w:rsidRPr="00D6737F">
        <w:rPr>
          <w:rFonts w:ascii="Times New Roman" w:hAnsi="Times New Roman" w:cs="Times New Roman"/>
          <w:color w:val="000000" w:themeColor="text1"/>
          <w:lang w:val="pt-BR"/>
        </w:rPr>
        <w:t xml:space="preserve">: Sobrenome, N. N., &amp; Sobrenome, N. N. (Ano). Título do artigo em estilo de oração. </w:t>
      </w:r>
      <w:r w:rsidRPr="00D6737F">
        <w:rPr>
          <w:rFonts w:ascii="Times New Roman" w:hAnsi="Times New Roman" w:cs="Times New Roman"/>
          <w:i/>
          <w:iCs/>
          <w:color w:val="000000" w:themeColor="text1"/>
          <w:lang w:val="pt-BR"/>
        </w:rPr>
        <w:t xml:space="preserve">Título da Revista, volume </w:t>
      </w:r>
      <w:r w:rsidRPr="00D6737F">
        <w:rPr>
          <w:rFonts w:ascii="Times New Roman" w:hAnsi="Times New Roman" w:cs="Times New Roman"/>
          <w:color w:val="000000" w:themeColor="text1"/>
          <w:lang w:val="pt-BR"/>
        </w:rPr>
        <w:t xml:space="preserve">(número), </w:t>
      </w:r>
      <w:proofErr w:type="spellStart"/>
      <w:r w:rsidRPr="00D6737F">
        <w:rPr>
          <w:rFonts w:ascii="Times New Roman" w:hAnsi="Times New Roman" w:cs="Times New Roman"/>
          <w:color w:val="000000" w:themeColor="text1"/>
          <w:lang w:val="pt-BR"/>
        </w:rPr>
        <w:t>xx</w:t>
      </w:r>
      <w:proofErr w:type="spellEnd"/>
      <w:r w:rsidRPr="00D6737F">
        <w:rPr>
          <w:rFonts w:ascii="Times New Roman" w:hAnsi="Times New Roman" w:cs="Times New Roman"/>
          <w:color w:val="000000" w:themeColor="text1"/>
          <w:lang w:val="pt-BR"/>
        </w:rPr>
        <w:t>–</w:t>
      </w:r>
      <w:proofErr w:type="spellStart"/>
      <w:r w:rsidRPr="00D6737F">
        <w:rPr>
          <w:rFonts w:ascii="Times New Roman" w:hAnsi="Times New Roman" w:cs="Times New Roman"/>
          <w:color w:val="000000" w:themeColor="text1"/>
          <w:lang w:val="pt-BR"/>
        </w:rPr>
        <w:t>xx</w:t>
      </w:r>
      <w:proofErr w:type="spellEnd"/>
      <w:r w:rsidRPr="00D6737F">
        <w:rPr>
          <w:rFonts w:ascii="Times New Roman" w:hAnsi="Times New Roman" w:cs="Times New Roman"/>
          <w:color w:val="000000" w:themeColor="text1"/>
          <w:lang w:val="pt-BR"/>
        </w:rPr>
        <w:t>. https://doi.org/xxxxx</w:t>
      </w:r>
    </w:p>
    <w:p w14:paraId="51B32D85" w14:textId="77777777" w:rsidR="00D6737F" w:rsidRPr="00D6737F" w:rsidRDefault="00D6737F" w:rsidP="00D6737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lang w:val="pt-BR"/>
        </w:rPr>
      </w:pPr>
      <w:r w:rsidRPr="00D6737F">
        <w:rPr>
          <w:rFonts w:ascii="Times New Roman" w:hAnsi="Times New Roman" w:cs="Times New Roman"/>
          <w:b/>
          <w:bCs/>
          <w:color w:val="000000" w:themeColor="text1"/>
          <w:lang w:val="pt-BR"/>
        </w:rPr>
        <w:t>Livro</w:t>
      </w:r>
      <w:r w:rsidRPr="00D6737F">
        <w:rPr>
          <w:rFonts w:ascii="Times New Roman" w:hAnsi="Times New Roman" w:cs="Times New Roman"/>
          <w:color w:val="000000" w:themeColor="text1"/>
          <w:lang w:val="pt-BR"/>
        </w:rPr>
        <w:t xml:space="preserve">: Sobrenome, N. N. (Ano). </w:t>
      </w:r>
      <w:r w:rsidRPr="00D6737F">
        <w:rPr>
          <w:rFonts w:ascii="Times New Roman" w:hAnsi="Times New Roman" w:cs="Times New Roman"/>
          <w:i/>
          <w:iCs/>
          <w:color w:val="000000" w:themeColor="text1"/>
          <w:lang w:val="pt-BR"/>
        </w:rPr>
        <w:t>Título do livro: Subtítulo</w:t>
      </w:r>
      <w:r w:rsidRPr="00D6737F">
        <w:rPr>
          <w:rFonts w:ascii="Times New Roman" w:hAnsi="Times New Roman" w:cs="Times New Roman"/>
          <w:color w:val="000000" w:themeColor="text1"/>
          <w:lang w:val="pt-BR"/>
        </w:rPr>
        <w:t>. Editorial.</w:t>
      </w:r>
    </w:p>
    <w:p w14:paraId="61E62A4C" w14:textId="77777777" w:rsidR="00D6737F" w:rsidRPr="00D6737F" w:rsidRDefault="00D6737F" w:rsidP="00D6737F">
      <w:pPr>
        <w:spacing w:line="240" w:lineRule="auto"/>
        <w:ind w:left="720"/>
        <w:jc w:val="both"/>
        <w:rPr>
          <w:rFonts w:ascii="Times New Roman" w:hAnsi="Times New Roman" w:cs="Times New Roman"/>
          <w:color w:val="000000" w:themeColor="text1"/>
          <w:lang w:val="pt-BR"/>
        </w:rPr>
      </w:pPr>
      <w:r w:rsidRPr="00D6737F">
        <w:rPr>
          <w:rFonts w:ascii="Times New Roman" w:hAnsi="Times New Roman" w:cs="Times New Roman"/>
          <w:color w:val="000000" w:themeColor="text1"/>
          <w:lang w:val="pt-BR"/>
        </w:rPr>
        <w:t xml:space="preserve">Sobrenome, N. N. (Ano). Título do capítulo em N. Sobrenome &amp; N. Sobrenome (Ed.), </w:t>
      </w:r>
      <w:r w:rsidRPr="00D6737F">
        <w:rPr>
          <w:rFonts w:ascii="Times New Roman" w:hAnsi="Times New Roman" w:cs="Times New Roman"/>
          <w:i/>
          <w:iCs/>
          <w:color w:val="000000" w:themeColor="text1"/>
          <w:lang w:val="pt-BR"/>
        </w:rPr>
        <w:t>Título do livro</w:t>
      </w:r>
      <w:r w:rsidRPr="00D6737F">
        <w:rPr>
          <w:rFonts w:ascii="Times New Roman" w:hAnsi="Times New Roman" w:cs="Times New Roman"/>
          <w:color w:val="000000" w:themeColor="text1"/>
          <w:lang w:val="pt-BR"/>
        </w:rPr>
        <w:t xml:space="preserve"> (pp. </w:t>
      </w:r>
      <w:proofErr w:type="spellStart"/>
      <w:r w:rsidRPr="00D6737F">
        <w:rPr>
          <w:rFonts w:ascii="Times New Roman" w:hAnsi="Times New Roman" w:cs="Times New Roman"/>
          <w:color w:val="000000" w:themeColor="text1"/>
          <w:lang w:val="pt-BR"/>
        </w:rPr>
        <w:t>xx</w:t>
      </w:r>
      <w:proofErr w:type="spellEnd"/>
      <w:r w:rsidRPr="00D6737F">
        <w:rPr>
          <w:rFonts w:ascii="Times New Roman" w:hAnsi="Times New Roman" w:cs="Times New Roman"/>
          <w:color w:val="000000" w:themeColor="text1"/>
          <w:lang w:val="pt-BR"/>
        </w:rPr>
        <w:t>–</w:t>
      </w:r>
      <w:proofErr w:type="spellStart"/>
      <w:r w:rsidRPr="00D6737F">
        <w:rPr>
          <w:rFonts w:ascii="Times New Roman" w:hAnsi="Times New Roman" w:cs="Times New Roman"/>
          <w:color w:val="000000" w:themeColor="text1"/>
          <w:lang w:val="pt-BR"/>
        </w:rPr>
        <w:t>xx</w:t>
      </w:r>
      <w:proofErr w:type="spellEnd"/>
      <w:r w:rsidRPr="00D6737F">
        <w:rPr>
          <w:rFonts w:ascii="Times New Roman" w:hAnsi="Times New Roman" w:cs="Times New Roman"/>
          <w:color w:val="000000" w:themeColor="text1"/>
          <w:lang w:val="pt-BR"/>
        </w:rPr>
        <w:t>). Editorial.</w:t>
      </w:r>
    </w:p>
    <w:p w14:paraId="55F17D6D" w14:textId="77777777" w:rsidR="00D6737F" w:rsidRPr="00D6737F" w:rsidRDefault="00D6737F" w:rsidP="00D6737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lang w:val="pt-BR"/>
        </w:rPr>
      </w:pPr>
      <w:r w:rsidRPr="00D6737F">
        <w:rPr>
          <w:rFonts w:ascii="Times New Roman" w:hAnsi="Times New Roman" w:cs="Times New Roman"/>
          <w:b/>
          <w:bCs/>
          <w:color w:val="000000" w:themeColor="text1"/>
          <w:lang w:val="pt-BR"/>
        </w:rPr>
        <w:t>Noticia (imprensa online)</w:t>
      </w:r>
      <w:r w:rsidRPr="00D6737F">
        <w:rPr>
          <w:rFonts w:ascii="Times New Roman" w:hAnsi="Times New Roman" w:cs="Times New Roman"/>
          <w:color w:val="000000" w:themeColor="text1"/>
          <w:lang w:val="pt-BR"/>
        </w:rPr>
        <w:t xml:space="preserve">: Sobrenome, N. N. (Ano, dia de mês). Título da notícia. </w:t>
      </w:r>
      <w:r w:rsidRPr="00D6737F">
        <w:rPr>
          <w:rFonts w:ascii="Times New Roman" w:hAnsi="Times New Roman" w:cs="Times New Roman"/>
          <w:i/>
          <w:iCs/>
          <w:color w:val="000000" w:themeColor="text1"/>
          <w:lang w:val="pt-BR"/>
        </w:rPr>
        <w:t>Nome do veículo de comunicação</w:t>
      </w:r>
      <w:r w:rsidRPr="00D6737F">
        <w:rPr>
          <w:rFonts w:ascii="Times New Roman" w:hAnsi="Times New Roman" w:cs="Times New Roman"/>
          <w:color w:val="000000" w:themeColor="text1"/>
          <w:lang w:val="pt-BR"/>
        </w:rPr>
        <w:t>. URL</w:t>
      </w:r>
    </w:p>
    <w:p w14:paraId="1F59904B" w14:textId="50A1B6EB" w:rsidR="00AE23E3" w:rsidRPr="00D6737F" w:rsidRDefault="00AE23E3" w:rsidP="00694AD2">
      <w:pPr>
        <w:spacing w:line="240" w:lineRule="auto"/>
        <w:jc w:val="both"/>
        <w:rPr>
          <w:rFonts w:ascii="Times New Roman" w:hAnsi="Times New Roman" w:cs="Times New Roman"/>
          <w:i/>
          <w:iCs/>
          <w:color w:val="000000" w:themeColor="text1"/>
          <w:lang w:val="pt-BR"/>
        </w:rPr>
      </w:pPr>
    </w:p>
    <w:sectPr w:rsidR="00AE23E3" w:rsidRPr="00D6737F" w:rsidSect="000346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18147D" w14:textId="77777777" w:rsidR="00DD0719" w:rsidRDefault="00DD0719" w:rsidP="00794A98">
      <w:pPr>
        <w:spacing w:after="0" w:line="240" w:lineRule="auto"/>
      </w:pPr>
      <w:r>
        <w:separator/>
      </w:r>
    </w:p>
  </w:endnote>
  <w:endnote w:type="continuationSeparator" w:id="0">
    <w:p w14:paraId="62674641" w14:textId="77777777" w:rsidR="00DD0719" w:rsidRDefault="00DD0719" w:rsidP="00794A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merodepgina"/>
      </w:rPr>
      <w:id w:val="2030988950"/>
      <w:docPartObj>
        <w:docPartGallery w:val="Page Numbers (Bottom of Page)"/>
        <w:docPartUnique/>
      </w:docPartObj>
    </w:sdtPr>
    <w:sdtEndPr>
      <w:rPr>
        <w:rStyle w:val="Nmerodepgina"/>
      </w:rPr>
    </w:sdtEndPr>
    <w:sdtContent>
      <w:p w14:paraId="073705D1" w14:textId="05630E9D" w:rsidR="00D87AF7" w:rsidRDefault="00D87AF7" w:rsidP="0006668E">
        <w:pPr>
          <w:pStyle w:val="Peu"/>
          <w:framePr w:wrap="none" w:vAnchor="text" w:hAnchor="margin" w:xAlign="right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 w:rsidR="00DD0719">
          <w:rPr>
            <w:rStyle w:val="Nmerodepgina"/>
          </w:rPr>
          <w:fldChar w:fldCharType="separate"/>
        </w:r>
        <w:r>
          <w:rPr>
            <w:rStyle w:val="Nmerodepgina"/>
          </w:rPr>
          <w:fldChar w:fldCharType="end"/>
        </w:r>
      </w:p>
    </w:sdtContent>
  </w:sdt>
  <w:p w14:paraId="4A5DB008" w14:textId="77777777" w:rsidR="00D87AF7" w:rsidRDefault="00D87AF7" w:rsidP="00D87AF7">
    <w:pPr>
      <w:pStyle w:val="Peu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merodepgina"/>
        <w:rFonts w:ascii="Times New Roman" w:hAnsi="Times New Roman" w:cs="Times New Roman"/>
        <w:sz w:val="18"/>
        <w:szCs w:val="18"/>
      </w:rPr>
      <w:id w:val="1477803531"/>
      <w:docPartObj>
        <w:docPartGallery w:val="Page Numbers (Bottom of Page)"/>
        <w:docPartUnique/>
      </w:docPartObj>
    </w:sdtPr>
    <w:sdtEndPr>
      <w:rPr>
        <w:rStyle w:val="Nmerodepgina"/>
      </w:rPr>
    </w:sdtEndPr>
    <w:sdtContent>
      <w:p w14:paraId="2F9CF5BF" w14:textId="6717A169" w:rsidR="00D87AF7" w:rsidRPr="00D87AF7" w:rsidRDefault="00D87AF7" w:rsidP="0006668E">
        <w:pPr>
          <w:pStyle w:val="Peu"/>
          <w:framePr w:wrap="none" w:vAnchor="text" w:hAnchor="margin" w:xAlign="right" w:y="1"/>
          <w:rPr>
            <w:rStyle w:val="Nmerodepgina"/>
            <w:rFonts w:ascii="Times New Roman" w:hAnsi="Times New Roman" w:cs="Times New Roman"/>
            <w:sz w:val="18"/>
            <w:szCs w:val="18"/>
          </w:rPr>
        </w:pPr>
        <w:r w:rsidRPr="00D87AF7">
          <w:rPr>
            <w:rStyle w:val="Nmerodepgina"/>
            <w:rFonts w:ascii="Times New Roman" w:hAnsi="Times New Roman" w:cs="Times New Roman"/>
            <w:sz w:val="18"/>
            <w:szCs w:val="18"/>
          </w:rPr>
          <w:fldChar w:fldCharType="begin"/>
        </w:r>
        <w:r w:rsidRPr="00D87AF7">
          <w:rPr>
            <w:rStyle w:val="Nmerodepgina"/>
            <w:rFonts w:ascii="Times New Roman" w:hAnsi="Times New Roman" w:cs="Times New Roman"/>
            <w:sz w:val="18"/>
            <w:szCs w:val="18"/>
          </w:rPr>
          <w:instrText xml:space="preserve"> PAGE </w:instrText>
        </w:r>
        <w:r w:rsidRPr="00D87AF7">
          <w:rPr>
            <w:rStyle w:val="Nmerodepgina"/>
            <w:rFonts w:ascii="Times New Roman" w:hAnsi="Times New Roman" w:cs="Times New Roman"/>
            <w:sz w:val="18"/>
            <w:szCs w:val="18"/>
          </w:rPr>
          <w:fldChar w:fldCharType="separate"/>
        </w:r>
        <w:r w:rsidRPr="00D87AF7">
          <w:rPr>
            <w:rStyle w:val="Nmerodepgina"/>
            <w:rFonts w:ascii="Times New Roman" w:hAnsi="Times New Roman" w:cs="Times New Roman"/>
            <w:noProof/>
            <w:sz w:val="18"/>
            <w:szCs w:val="18"/>
          </w:rPr>
          <w:t>2</w:t>
        </w:r>
        <w:r w:rsidRPr="00D87AF7">
          <w:rPr>
            <w:rStyle w:val="Nmerodepgina"/>
            <w:rFonts w:ascii="Times New Roman" w:hAnsi="Times New Roman" w:cs="Times New Roman"/>
            <w:sz w:val="18"/>
            <w:szCs w:val="18"/>
          </w:rPr>
          <w:fldChar w:fldCharType="end"/>
        </w:r>
      </w:p>
    </w:sdtContent>
  </w:sdt>
  <w:p w14:paraId="11A98696" w14:textId="77777777" w:rsidR="00D87AF7" w:rsidRDefault="00D87AF7" w:rsidP="00D87AF7">
    <w:pPr>
      <w:pStyle w:val="Peu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1FA354" w14:textId="77777777" w:rsidR="00EA01D5" w:rsidRDefault="00EA01D5">
    <w:pPr>
      <w:pStyle w:val="Peu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FC3715" w14:textId="77777777" w:rsidR="00DD0719" w:rsidRDefault="00DD0719" w:rsidP="00794A98">
      <w:pPr>
        <w:spacing w:after="0" w:line="240" w:lineRule="auto"/>
      </w:pPr>
      <w:r>
        <w:separator/>
      </w:r>
    </w:p>
  </w:footnote>
  <w:footnote w:type="continuationSeparator" w:id="0">
    <w:p w14:paraId="24529B51" w14:textId="77777777" w:rsidR="00DD0719" w:rsidRDefault="00DD0719" w:rsidP="00794A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8C05F6" w14:textId="77777777" w:rsidR="00EA01D5" w:rsidRDefault="00EA01D5">
    <w:pPr>
      <w:pStyle w:val="Capaler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C99825" w14:textId="77777777" w:rsidR="00EA01D5" w:rsidRDefault="00EA01D5" w:rsidP="00EA01D5">
    <w:pPr>
      <w:spacing w:after="0"/>
      <w:jc w:val="center"/>
      <w:rPr>
        <w:rFonts w:ascii="Times New Roman" w:hAnsi="Times New Roman" w:cs="Times New Roman"/>
        <w:b/>
        <w:color w:val="000000" w:themeColor="text1"/>
        <w:sz w:val="18"/>
        <w:szCs w:val="18"/>
        <w:lang w:val="pt-BR"/>
      </w:rPr>
    </w:pPr>
    <w:r w:rsidRPr="000234DE">
      <w:rPr>
        <w:rFonts w:ascii="Times New Roman" w:hAnsi="Times New Roman" w:cs="Times New Roman"/>
        <w:b/>
        <w:color w:val="000000" w:themeColor="text1"/>
        <w:sz w:val="18"/>
        <w:szCs w:val="18"/>
        <w:lang w:val="pt-BR"/>
      </w:rPr>
      <w:t>II Congresso Internacional sobre Capitalismo e Educação:</w:t>
    </w:r>
  </w:p>
  <w:p w14:paraId="1ADE99FC" w14:textId="77777777" w:rsidR="00EA01D5" w:rsidRPr="000234DE" w:rsidRDefault="00EA01D5" w:rsidP="00EA01D5">
    <w:pPr>
      <w:spacing w:after="0"/>
      <w:jc w:val="center"/>
      <w:rPr>
        <w:rFonts w:ascii="Times New Roman" w:hAnsi="Times New Roman" w:cs="Times New Roman"/>
        <w:color w:val="000000" w:themeColor="text1"/>
        <w:sz w:val="18"/>
        <w:szCs w:val="18"/>
        <w:lang w:val="pt-BR"/>
      </w:rPr>
    </w:pPr>
    <w:r w:rsidRPr="000234DE">
      <w:rPr>
        <w:rFonts w:ascii="Times New Roman" w:hAnsi="Times New Roman" w:cs="Times New Roman"/>
        <w:b/>
        <w:color w:val="000000" w:themeColor="text1"/>
        <w:sz w:val="18"/>
        <w:szCs w:val="18"/>
        <w:lang w:val="pt-BR"/>
      </w:rPr>
      <w:t>Tecnologias Digitais e Extrema Direita</w:t>
    </w:r>
  </w:p>
  <w:p w14:paraId="68C62A84" w14:textId="77777777" w:rsidR="00EA01D5" w:rsidRPr="000234DE" w:rsidRDefault="00EA01D5" w:rsidP="00EA01D5">
    <w:pPr>
      <w:spacing w:after="0"/>
      <w:jc w:val="center"/>
      <w:rPr>
        <w:rFonts w:ascii="Times New Roman" w:hAnsi="Times New Roman" w:cs="Times New Roman"/>
        <w:bCs/>
        <w:color w:val="000000" w:themeColor="text1"/>
        <w:sz w:val="18"/>
        <w:szCs w:val="18"/>
        <w:lang w:val="pt-BR"/>
      </w:rPr>
    </w:pPr>
    <w:r w:rsidRPr="00D23C4F">
      <w:rPr>
        <w:rFonts w:ascii="Times New Roman" w:hAnsi="Times New Roman" w:cs="Times New Roman"/>
        <w:noProof/>
        <w:color w:val="000000" w:themeColor="text1"/>
        <w:sz w:val="18"/>
        <w:szCs w:val="18"/>
        <w:lang w:val="es-E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559FF38" wp14:editId="38A0C516">
              <wp:simplePos x="0" y="0"/>
              <wp:positionH relativeFrom="column">
                <wp:posOffset>33655</wp:posOffset>
              </wp:positionH>
              <wp:positionV relativeFrom="paragraph">
                <wp:posOffset>182208</wp:posOffset>
              </wp:positionV>
              <wp:extent cx="5503333" cy="0"/>
              <wp:effectExtent l="50800" t="38100" r="34290" b="76200"/>
              <wp:wrapNone/>
              <wp:docPr id="329951503" name="Conector rec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503333" cy="0"/>
                      </a:xfrm>
                      <a:prstGeom prst="line">
                        <a:avLst/>
                      </a:prstGeom>
                      <a:ln>
                        <a:solidFill>
                          <a:srgbClr val="EE0000"/>
                        </a:solidFill>
                      </a:ln>
                    </wps:spPr>
                    <wps:style>
                      <a:lnRef idx="2">
                        <a:schemeClr val="accent2"/>
                      </a:lnRef>
                      <a:fillRef idx="0">
                        <a:schemeClr val="accent2"/>
                      </a:fillRef>
                      <a:effectRef idx="1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264D0B90" id="Conector recto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.65pt,14.35pt" to="436pt,1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" strokecolor="#e00" strokeweight="2pt">
              <v:shadow on="t" color="black" opacity="24903f" origin=",.5" offset="0,.55556mm"/>
            </v:line>
          </w:pict>
        </mc:Fallback>
      </mc:AlternateContent>
    </w:r>
    <w:r w:rsidRPr="000234DE">
      <w:rPr>
        <w:rFonts w:ascii="Times New Roman" w:hAnsi="Times New Roman" w:cs="Times New Roman"/>
        <w:bCs/>
        <w:color w:val="000000" w:themeColor="text1"/>
        <w:sz w:val="18"/>
        <w:szCs w:val="18"/>
        <w:lang w:val="pt-BR"/>
      </w:rPr>
      <w:t>Barcelona, 6–7 de julho de 2026</w:t>
    </w:r>
  </w:p>
  <w:p w14:paraId="7447DAD9" w14:textId="77777777" w:rsidR="00794A98" w:rsidRPr="00EA01D5" w:rsidRDefault="00794A98">
    <w:pPr>
      <w:pStyle w:val="Capalera"/>
      <w:rPr>
        <w:lang w:val="pt-BR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4E06A8" w14:textId="77777777" w:rsidR="00EA01D5" w:rsidRDefault="00EA01D5">
    <w:pPr>
      <w:pStyle w:val="Capaler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lista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lista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listaambpic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listaambpic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lista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listaambpic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778FC"/>
    <w:rsid w:val="00093AC5"/>
    <w:rsid w:val="000B72BA"/>
    <w:rsid w:val="00114CC5"/>
    <w:rsid w:val="0012579E"/>
    <w:rsid w:val="0015074B"/>
    <w:rsid w:val="001A0FCF"/>
    <w:rsid w:val="001D49F6"/>
    <w:rsid w:val="001E1386"/>
    <w:rsid w:val="001E4786"/>
    <w:rsid w:val="00293055"/>
    <w:rsid w:val="0029639D"/>
    <w:rsid w:val="00326F90"/>
    <w:rsid w:val="00330921"/>
    <w:rsid w:val="00382A40"/>
    <w:rsid w:val="003B042A"/>
    <w:rsid w:val="004951E3"/>
    <w:rsid w:val="00694AD2"/>
    <w:rsid w:val="0069733E"/>
    <w:rsid w:val="00794A98"/>
    <w:rsid w:val="007B4D5E"/>
    <w:rsid w:val="00845F97"/>
    <w:rsid w:val="00925AC3"/>
    <w:rsid w:val="00974D0B"/>
    <w:rsid w:val="009E0B29"/>
    <w:rsid w:val="00AA1D8D"/>
    <w:rsid w:val="00AC21AE"/>
    <w:rsid w:val="00AE23E3"/>
    <w:rsid w:val="00AF1690"/>
    <w:rsid w:val="00B47730"/>
    <w:rsid w:val="00B82547"/>
    <w:rsid w:val="00B96D13"/>
    <w:rsid w:val="00BE6A7A"/>
    <w:rsid w:val="00C102B6"/>
    <w:rsid w:val="00C96950"/>
    <w:rsid w:val="00CA3688"/>
    <w:rsid w:val="00CB0664"/>
    <w:rsid w:val="00CC45E8"/>
    <w:rsid w:val="00CC772B"/>
    <w:rsid w:val="00D23C4F"/>
    <w:rsid w:val="00D45D6E"/>
    <w:rsid w:val="00D46157"/>
    <w:rsid w:val="00D6737F"/>
    <w:rsid w:val="00D87AF7"/>
    <w:rsid w:val="00DC02D1"/>
    <w:rsid w:val="00DD0719"/>
    <w:rsid w:val="00E4369D"/>
    <w:rsid w:val="00E65DD8"/>
    <w:rsid w:val="00EA01D5"/>
    <w:rsid w:val="00EA7305"/>
    <w:rsid w:val="00F65FEC"/>
    <w:rsid w:val="00FC693F"/>
    <w:rsid w:val="00FF43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07F6AFB"/>
  <w14:defaultImageDpi w14:val="300"/>
  <w15:docId w15:val="{4E504F39-627D-2B40-827D-86EA26F644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Ttol1">
    <w:name w:val="heading 1"/>
    <w:basedOn w:val="Normal"/>
    <w:next w:val="Normal"/>
    <w:link w:val="Ttol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ol2">
    <w:name w:val="heading 2"/>
    <w:basedOn w:val="Normal"/>
    <w:next w:val="Normal"/>
    <w:link w:val="Ttol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ol3">
    <w:name w:val="heading 3"/>
    <w:basedOn w:val="Normal"/>
    <w:next w:val="Normal"/>
    <w:link w:val="Ttol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ol4">
    <w:name w:val="heading 4"/>
    <w:basedOn w:val="Normal"/>
    <w:next w:val="Normal"/>
    <w:link w:val="Ttol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ol5">
    <w:name w:val="heading 5"/>
    <w:basedOn w:val="Normal"/>
    <w:next w:val="Normal"/>
    <w:link w:val="Ttol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ol6">
    <w:name w:val="heading 6"/>
    <w:basedOn w:val="Normal"/>
    <w:next w:val="Normal"/>
    <w:link w:val="Ttol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ol7">
    <w:name w:val="heading 7"/>
    <w:basedOn w:val="Normal"/>
    <w:next w:val="Normal"/>
    <w:link w:val="Ttol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ol8">
    <w:name w:val="heading 8"/>
    <w:basedOn w:val="Normal"/>
    <w:next w:val="Normal"/>
    <w:link w:val="Ttol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ol9">
    <w:name w:val="heading 9"/>
    <w:basedOn w:val="Normal"/>
    <w:next w:val="Normal"/>
    <w:link w:val="Ttol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styleId="Capalera">
    <w:name w:val="header"/>
    <w:basedOn w:val="Normal"/>
    <w:link w:val="Capaler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paleraCar">
    <w:name w:val="Capçalera Car"/>
    <w:basedOn w:val="Lletraperdefectedelpargraf"/>
    <w:link w:val="Capalera"/>
    <w:uiPriority w:val="99"/>
    <w:rsid w:val="00E618BF"/>
  </w:style>
  <w:style w:type="paragraph" w:styleId="Peu">
    <w:name w:val="footer"/>
    <w:basedOn w:val="Normal"/>
    <w:link w:val="Peu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euCar">
    <w:name w:val="Peu Car"/>
    <w:basedOn w:val="Lletraperdefectedelpargraf"/>
    <w:link w:val="Peu"/>
    <w:uiPriority w:val="99"/>
    <w:rsid w:val="00E618BF"/>
  </w:style>
  <w:style w:type="paragraph" w:styleId="Senseespaiat">
    <w:name w:val="No Spacing"/>
    <w:uiPriority w:val="1"/>
    <w:qFormat/>
    <w:rsid w:val="00FC693F"/>
    <w:pPr>
      <w:spacing w:after="0" w:line="240" w:lineRule="auto"/>
    </w:pPr>
  </w:style>
  <w:style w:type="character" w:customStyle="1" w:styleId="Ttol1Car">
    <w:name w:val="Títol 1 Car"/>
    <w:basedOn w:val="Lletraperdefectedelpargraf"/>
    <w:link w:val="Ttol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ol2Car">
    <w:name w:val="Títol 2 Car"/>
    <w:basedOn w:val="Lletraperdefectedelpargraf"/>
    <w:link w:val="Ttol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ol3Car">
    <w:name w:val="Títol 3 Car"/>
    <w:basedOn w:val="Lletraperdefectedelpargraf"/>
    <w:link w:val="Ttol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ol">
    <w:name w:val="Title"/>
    <w:basedOn w:val="Normal"/>
    <w:next w:val="Normal"/>
    <w:link w:val="Ttol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olCar">
    <w:name w:val="Títol Car"/>
    <w:basedOn w:val="Lletraperdefectedelpargraf"/>
    <w:link w:val="Tto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ol">
    <w:name w:val="Subtitle"/>
    <w:basedOn w:val="Normal"/>
    <w:next w:val="Normal"/>
    <w:link w:val="Subttol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olCar">
    <w:name w:val="Subtítol Car"/>
    <w:basedOn w:val="Lletraperdefectedelpargraf"/>
    <w:link w:val="Subtto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del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independent">
    <w:name w:val="Body Text"/>
    <w:basedOn w:val="Normal"/>
    <w:link w:val="TextindependentCar"/>
    <w:uiPriority w:val="99"/>
    <w:unhideWhenUsed/>
    <w:rsid w:val="00AA1D8D"/>
    <w:pPr>
      <w:spacing w:after="120"/>
    </w:pPr>
  </w:style>
  <w:style w:type="character" w:customStyle="1" w:styleId="TextindependentCar">
    <w:name w:val="Text independent Car"/>
    <w:basedOn w:val="Lletraperdefectedelpargraf"/>
    <w:link w:val="Textindependent"/>
    <w:uiPriority w:val="99"/>
    <w:rsid w:val="00AA1D8D"/>
  </w:style>
  <w:style w:type="paragraph" w:styleId="Textindependent2">
    <w:name w:val="Body Text 2"/>
    <w:basedOn w:val="Normal"/>
    <w:link w:val="Textindependent2Car"/>
    <w:uiPriority w:val="99"/>
    <w:unhideWhenUsed/>
    <w:rsid w:val="00AA1D8D"/>
    <w:pPr>
      <w:spacing w:after="120" w:line="480" w:lineRule="auto"/>
    </w:pPr>
  </w:style>
  <w:style w:type="character" w:customStyle="1" w:styleId="Textindependent2Car">
    <w:name w:val="Text independent 2 Car"/>
    <w:basedOn w:val="Lletraperdefectedelpargraf"/>
    <w:link w:val="Textindependent2"/>
    <w:uiPriority w:val="99"/>
    <w:rsid w:val="00AA1D8D"/>
  </w:style>
  <w:style w:type="paragraph" w:styleId="Textindependent3">
    <w:name w:val="Body Text 3"/>
    <w:basedOn w:val="Normal"/>
    <w:link w:val="Textindependent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independent3Car">
    <w:name w:val="Text independent 3 Car"/>
    <w:basedOn w:val="Lletraperdefectedelpargraf"/>
    <w:link w:val="Textindependent3"/>
    <w:uiPriority w:val="99"/>
    <w:rsid w:val="00AA1D8D"/>
    <w:rPr>
      <w:sz w:val="16"/>
      <w:szCs w:val="16"/>
    </w:rPr>
  </w:style>
  <w:style w:type="paragraph" w:styleId="L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listaambpic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listaambpic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listaambpic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lista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lista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lista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cidel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cidel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cidel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demacro">
    <w:name w:val="macro"/>
    <w:link w:val="Textde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demacroCar">
    <w:name w:val="Text de macro Car"/>
    <w:basedOn w:val="Lletraperdefectedelpargraf"/>
    <w:link w:val="Textde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Lletraperdefectedelpargraf"/>
    <w:link w:val="Cita"/>
    <w:uiPriority w:val="29"/>
    <w:rsid w:val="00FC693F"/>
    <w:rPr>
      <w:i/>
      <w:iCs/>
      <w:color w:val="000000" w:themeColor="text1"/>
    </w:rPr>
  </w:style>
  <w:style w:type="character" w:customStyle="1" w:styleId="Ttol4Car">
    <w:name w:val="Títol 4 Car"/>
    <w:basedOn w:val="Lletraperdefectedelpargraf"/>
    <w:link w:val="Ttol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ol5Car">
    <w:name w:val="Títol 5 Car"/>
    <w:basedOn w:val="Lletraperdefectedelpargraf"/>
    <w:link w:val="Ttol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ol6Car">
    <w:name w:val="Títol 6 Car"/>
    <w:basedOn w:val="Lletraperdefectedelpargraf"/>
    <w:link w:val="Ttol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ol7Car">
    <w:name w:val="Títol 7 Car"/>
    <w:basedOn w:val="Lletraperdefectedelpargraf"/>
    <w:link w:val="Ttol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ol8Car">
    <w:name w:val="Títol 8 Car"/>
    <w:basedOn w:val="Lletraperdefectedelpargraf"/>
    <w:link w:val="Ttol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ol9Car">
    <w:name w:val="Títol 9 Car"/>
    <w:basedOn w:val="Lletraperdefectedelpargraf"/>
    <w:link w:val="Ttol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ennegreta">
    <w:name w:val="Strong"/>
    <w:basedOn w:val="Lletraperdefectedelpargraf"/>
    <w:uiPriority w:val="22"/>
    <w:qFormat/>
    <w:rsid w:val="00FC693F"/>
    <w:rPr>
      <w:b/>
      <w:bCs/>
    </w:rPr>
  </w:style>
  <w:style w:type="character" w:styleId="mfasi">
    <w:name w:val="Emphasis"/>
    <w:basedOn w:val="Lletraperdefectedelpargraf"/>
    <w:uiPriority w:val="20"/>
    <w:qFormat/>
    <w:rsid w:val="00FC693F"/>
    <w:rPr>
      <w:i/>
      <w:iCs/>
    </w:rPr>
  </w:style>
  <w:style w:type="paragraph" w:styleId="Citaintensa">
    <w:name w:val="Intense Quote"/>
    <w:basedOn w:val="Normal"/>
    <w:next w:val="Normal"/>
    <w:link w:val="Citaintens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intensaCar">
    <w:name w:val="Cita intensa Car"/>
    <w:basedOn w:val="Lletraperdefectedelpargraf"/>
    <w:link w:val="Citaintensa"/>
    <w:uiPriority w:val="30"/>
    <w:rsid w:val="00FC693F"/>
    <w:rPr>
      <w:b/>
      <w:bCs/>
      <w:i/>
      <w:iCs/>
      <w:color w:val="4F81BD" w:themeColor="accent1"/>
    </w:rPr>
  </w:style>
  <w:style w:type="character" w:styleId="mfasisubtil">
    <w:name w:val="Subtle Emphasis"/>
    <w:basedOn w:val="Lletraperdefectedelpargraf"/>
    <w:uiPriority w:val="19"/>
    <w:qFormat/>
    <w:rsid w:val="00FC693F"/>
    <w:rPr>
      <w:i/>
      <w:iCs/>
      <w:color w:val="808080" w:themeColor="text1" w:themeTint="7F"/>
    </w:rPr>
  </w:style>
  <w:style w:type="character" w:styleId="mfasiintens">
    <w:name w:val="Intense Emphasis"/>
    <w:basedOn w:val="Lletraperdefectedelpargraf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btil">
    <w:name w:val="Subtle Reference"/>
    <w:basedOn w:val="Lletraperdefectedelpargraf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Lletraperdefectedelpargraf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oldelllibre">
    <w:name w:val="Book Title"/>
    <w:basedOn w:val="Lletraperdefectedelpargraf"/>
    <w:uiPriority w:val="33"/>
    <w:qFormat/>
    <w:rsid w:val="00FC693F"/>
    <w:rPr>
      <w:b/>
      <w:bCs/>
      <w:smallCaps/>
      <w:spacing w:val="5"/>
    </w:rPr>
  </w:style>
  <w:style w:type="paragraph" w:styleId="TtoldelIDC">
    <w:name w:val="TOC Heading"/>
    <w:basedOn w:val="Ttol1"/>
    <w:next w:val="Normal"/>
    <w:uiPriority w:val="39"/>
    <w:semiHidden/>
    <w:unhideWhenUsed/>
    <w:qFormat/>
    <w:rsid w:val="00FC693F"/>
    <w:pPr>
      <w:outlineLvl w:val="9"/>
    </w:pPr>
  </w:style>
  <w:style w:type="table" w:styleId="Taulaambquadrcula">
    <w:name w:val="Table Grid"/>
    <w:basedOn w:val="Tau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mbrejatsuau">
    <w:name w:val="Light Shading"/>
    <w:basedOn w:val="Tau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Ombrejatsuaumfasi1">
    <w:name w:val="Light Shading Accent 1"/>
    <w:basedOn w:val="Tau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Ombrejatsuaumfasi2">
    <w:name w:val="Light Shading Accent 2"/>
    <w:basedOn w:val="Tau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Ombrejatsuaumfasi3">
    <w:name w:val="Light Shading Accent 3"/>
    <w:basedOn w:val="Tau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Ombrejatsuaumfasi4">
    <w:name w:val="Light Shading Accent 4"/>
    <w:basedOn w:val="Tau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Ombrejatsuaumfasi5">
    <w:name w:val="Light Shading Accent 5"/>
    <w:basedOn w:val="Tau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Ombrejatsuaumfasi6">
    <w:name w:val="Light Shading Accent 6"/>
    <w:basedOn w:val="Tau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listaclara">
    <w:name w:val="Light List"/>
    <w:basedOn w:val="Tau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listaclaramfasi1">
    <w:name w:val="Light List Accent 1"/>
    <w:basedOn w:val="Tau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listaclaramfasi2">
    <w:name w:val="Light List Accent 2"/>
    <w:basedOn w:val="Tau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listaclaramfasi3">
    <w:name w:val="Light List Accent 3"/>
    <w:basedOn w:val="Tau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listaclaramfasi4">
    <w:name w:val="Light List Accent 4"/>
    <w:basedOn w:val="Tau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listaclaramfasi5">
    <w:name w:val="Light List Accent 5"/>
    <w:basedOn w:val="Tau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listaclaramfasi6">
    <w:name w:val="Light List Accent 6"/>
    <w:basedOn w:val="Tau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Quadrculaclara">
    <w:name w:val="Light Grid"/>
    <w:basedOn w:val="Tau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Quadrculaclaramfasi1">
    <w:name w:val="Light Grid Accent 1"/>
    <w:basedOn w:val="Tau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Quadrculaclaramfasi2">
    <w:name w:val="Light Grid Accent 2"/>
    <w:basedOn w:val="Tau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Quadrculaclaramfasi3">
    <w:name w:val="Light Grid Accent 3"/>
    <w:basedOn w:val="Tau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Quadrculaclaramfasi4">
    <w:name w:val="Light Grid Accent 4"/>
    <w:basedOn w:val="Tau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Quadrculaclaramfasi5">
    <w:name w:val="Light Grid Accent 5"/>
    <w:basedOn w:val="Tau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Quadrculaclaramfasi6">
    <w:name w:val="Light Grid Accent 6"/>
    <w:basedOn w:val="Tau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mbrejatmitj1">
    <w:name w:val="Medium Shading 1"/>
    <w:basedOn w:val="Tau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mbrejatmitj1mfasi1">
    <w:name w:val="Medium Shading 1 Accent 1"/>
    <w:basedOn w:val="Tau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mbrejatmitj1mfasi2">
    <w:name w:val="Medium Shading 1 Accent 2"/>
    <w:basedOn w:val="Tau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mbrejatmitj1mfasi3">
    <w:name w:val="Medium Shading 1 Accent 3"/>
    <w:basedOn w:val="Tau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mbrejatmitj1mfasi4">
    <w:name w:val="Medium Shading 1 Accent 4"/>
    <w:basedOn w:val="Tau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mbrejatmitj1mfasi5">
    <w:name w:val="Medium Shading 1 Accent 5"/>
    <w:basedOn w:val="Tau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mbrejatmitj1mfasi6">
    <w:name w:val="Medium Shading 1 Accent 6"/>
    <w:basedOn w:val="Tau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mbrejatmitj2">
    <w:name w:val="Medium Shading 2"/>
    <w:basedOn w:val="Tau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mbrejatmitj2mfasi1">
    <w:name w:val="Medium Shading 2 Accent 1"/>
    <w:basedOn w:val="Tau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mbrejatmitj2mfasi2">
    <w:name w:val="Medium Shading 2 Accent 2"/>
    <w:basedOn w:val="Tau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mbrejatmitj2mfasi3">
    <w:name w:val="Medium Shading 2 Accent 3"/>
    <w:basedOn w:val="Tau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mbrejatmitj2mfasi4">
    <w:name w:val="Medium Shading 2 Accent 4"/>
    <w:basedOn w:val="Tau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mbrejatmitj2mfasi5">
    <w:name w:val="Medium Shading 2 Accent 5"/>
    <w:basedOn w:val="Tau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mbrejatmitj2mfasi6">
    <w:name w:val="Medium Shading 2 Accent 6"/>
    <w:basedOn w:val="Tau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listamitjana1">
    <w:name w:val="Medium List 1"/>
    <w:basedOn w:val="Tau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listamitjana1mfasi1">
    <w:name w:val="Medium List 1 Accent 1"/>
    <w:basedOn w:val="Tau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listamitjana1mfasi2">
    <w:name w:val="Medium List 1 Accent 2"/>
    <w:basedOn w:val="Tau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listamitjana1mfasi3">
    <w:name w:val="Medium List 1 Accent 3"/>
    <w:basedOn w:val="Tau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listamitjana1mfasi4">
    <w:name w:val="Medium List 1 Accent 4"/>
    <w:basedOn w:val="Tau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listamitjana1mfasi5">
    <w:name w:val="Medium List 1 Accent 5"/>
    <w:basedOn w:val="Tau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listamitjana1mfasi6">
    <w:name w:val="Medium List 1 Accent 6"/>
    <w:basedOn w:val="Tau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listamitjana2">
    <w:name w:val="Medium List 2"/>
    <w:basedOn w:val="Tau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listamitjana2mfasi1">
    <w:name w:val="Medium List 2 Accent 1"/>
    <w:basedOn w:val="Tau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listamitjana2mfasi2">
    <w:name w:val="Medium List 2 Accent 2"/>
    <w:basedOn w:val="Tau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listamitjana2mfasi3">
    <w:name w:val="Medium List 2 Accent 3"/>
    <w:basedOn w:val="Tau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listamitjana2mfasi4">
    <w:name w:val="Medium List 2 Accent 4"/>
    <w:basedOn w:val="Tau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listamitjana2mfasi5">
    <w:name w:val="Medium List 2 Accent 5"/>
    <w:basedOn w:val="Tau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listamitjana2mfasi6">
    <w:name w:val="Medium List 2 Accent 6"/>
    <w:basedOn w:val="Tau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Quadrculamitjana1">
    <w:name w:val="Medium Grid 1"/>
    <w:basedOn w:val="Tau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Quadrculamitjana1mfasi1">
    <w:name w:val="Medium Grid 1 Accent 1"/>
    <w:basedOn w:val="Tau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Quadrculamitjana1mfasi2">
    <w:name w:val="Medium Grid 1 Accent 2"/>
    <w:basedOn w:val="Tau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Quadrculamitjana1mfasi3">
    <w:name w:val="Medium Grid 1 Accent 3"/>
    <w:basedOn w:val="Tau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Quadrculamitjana1mfasi4">
    <w:name w:val="Medium Grid 1 Accent 4"/>
    <w:basedOn w:val="Tau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Quadrculamitjana1mfasi5">
    <w:name w:val="Medium Grid 1 Accent 5"/>
    <w:basedOn w:val="Tau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Quadrculamitjana1mfasi6">
    <w:name w:val="Medium Grid 1 Accent 6"/>
    <w:basedOn w:val="Tau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Quadrculamitjana2">
    <w:name w:val="Medium Grid 2"/>
    <w:basedOn w:val="Tau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Quadrculamitjana2mfasi1">
    <w:name w:val="Medium Grid 2 Accent 1"/>
    <w:basedOn w:val="Tau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Quadrculamitjana2mfasi2">
    <w:name w:val="Medium Grid 2 Accent 2"/>
    <w:basedOn w:val="Tau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Quadrculamitjana2mfasi3">
    <w:name w:val="Medium Grid 2 Accent 3"/>
    <w:basedOn w:val="Tau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Quadrculamitjana2mfasi4">
    <w:name w:val="Medium Grid 2 Accent 4"/>
    <w:basedOn w:val="Tau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Quadrculamitjana2mfasi5">
    <w:name w:val="Medium Grid 2 Accent 5"/>
    <w:basedOn w:val="Tau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Quadrculamitjana2mfasi6">
    <w:name w:val="Medium Grid 2 Accent 6"/>
    <w:basedOn w:val="Tau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Quadrculamitjana3">
    <w:name w:val="Medium Grid 3"/>
    <w:basedOn w:val="Tau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Quadrculamitjana3mfasi1">
    <w:name w:val="Medium Grid 3 Accent 1"/>
    <w:basedOn w:val="Tau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Quadrculamitjana3mfasi2">
    <w:name w:val="Medium Grid 3 Accent 2"/>
    <w:basedOn w:val="Tau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Quadrculamitjana3mfasi3">
    <w:name w:val="Medium Grid 3 Accent 3"/>
    <w:basedOn w:val="Tau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Quadrculamitjana3mfasi4">
    <w:name w:val="Medium Grid 3 Accent 4"/>
    <w:basedOn w:val="Tau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Quadrculamitjana3mfasi5">
    <w:name w:val="Medium Grid 3 Accent 5"/>
    <w:basedOn w:val="Tau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Quadrculamitjana3mfasi6">
    <w:name w:val="Medium Grid 3 Accent 6"/>
    <w:basedOn w:val="Tau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listafosca">
    <w:name w:val="Dark List"/>
    <w:basedOn w:val="Tau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listafoscamfasi1">
    <w:name w:val="Dark List Accent 1"/>
    <w:basedOn w:val="Tau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listafoscamfasi2">
    <w:name w:val="Dark List Accent 2"/>
    <w:basedOn w:val="Tau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listafoscamfasi3">
    <w:name w:val="Dark List Accent 3"/>
    <w:basedOn w:val="Tau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listafoscamfasi4">
    <w:name w:val="Dark List Accent 4"/>
    <w:basedOn w:val="Tau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listafoscamfasi5">
    <w:name w:val="Dark List Accent 5"/>
    <w:basedOn w:val="Tau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listafoscamfasi6">
    <w:name w:val="Dark List Accent 6"/>
    <w:basedOn w:val="Tau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Ombrejatmulticolor">
    <w:name w:val="Colorful Shading"/>
    <w:basedOn w:val="Tau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mbrejatmulticolormfasi1">
    <w:name w:val="Colorful Shading Accent 1"/>
    <w:basedOn w:val="Tau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mbrejatmulticolormfasi2">
    <w:name w:val="Colorful Shading Accent 2"/>
    <w:basedOn w:val="Tau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mbrejatmulticolormfasi3">
    <w:name w:val="Colorful Shading Accent 3"/>
    <w:basedOn w:val="Tau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mbrejatmulticolormfasi4">
    <w:name w:val="Colorful Shading Accent 4"/>
    <w:basedOn w:val="Tau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mbrejatmulticolormfasi5">
    <w:name w:val="Colorful Shading Accent 5"/>
    <w:basedOn w:val="Tau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mbrejatmulticolormfasi6">
    <w:name w:val="Colorful Shading Accent 6"/>
    <w:basedOn w:val="Tau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listamulticolor">
    <w:name w:val="Colorful List"/>
    <w:basedOn w:val="Tau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listamulticolormfasi1">
    <w:name w:val="Colorful List Accent 1"/>
    <w:basedOn w:val="Tau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listamulticolormfasi2">
    <w:name w:val="Colorful List Accent 2"/>
    <w:basedOn w:val="Tau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listamulticolormfasi3">
    <w:name w:val="Colorful List Accent 3"/>
    <w:basedOn w:val="Tau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listamulticolormfasi4">
    <w:name w:val="Colorful List Accent 4"/>
    <w:basedOn w:val="Tau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listamulticolormfasi5">
    <w:name w:val="Colorful List Accent 5"/>
    <w:basedOn w:val="Tau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listamulticolormfasi6">
    <w:name w:val="Colorful List Accent 6"/>
    <w:basedOn w:val="Tau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Quadrculamulticolor">
    <w:name w:val="Colorful Grid"/>
    <w:basedOn w:val="Tau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Quadrculamulticolormfasi1">
    <w:name w:val="Colorful Grid Accent 1"/>
    <w:basedOn w:val="Tau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Quadrculamulticolormfasi2">
    <w:name w:val="Colorful Grid Accent 2"/>
    <w:basedOn w:val="Tau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Quadrculamulticolormfasi3">
    <w:name w:val="Colorful Grid Accent 3"/>
    <w:basedOn w:val="Tau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Quadrculamulticolormfasi4">
    <w:name w:val="Colorful Grid Accent 4"/>
    <w:basedOn w:val="Tau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Quadrculamulticolormfasi5">
    <w:name w:val="Colorful Grid Accent 5"/>
    <w:basedOn w:val="Tau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Quadrculamulticolormfasi6">
    <w:name w:val="Colorful Grid Accent 6"/>
    <w:basedOn w:val="Tau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Enlla">
    <w:name w:val="Hyperlink"/>
    <w:basedOn w:val="Lletraperdefectedelpargraf"/>
    <w:uiPriority w:val="99"/>
    <w:unhideWhenUsed/>
    <w:rsid w:val="00B96D13"/>
    <w:rPr>
      <w:color w:val="0000FF" w:themeColor="hyperlink"/>
      <w:u w:val="single"/>
    </w:rPr>
  </w:style>
  <w:style w:type="character" w:styleId="Mencisenseresoldre">
    <w:name w:val="Unresolved Mention"/>
    <w:basedOn w:val="Lletraperdefectedelpargraf"/>
    <w:uiPriority w:val="99"/>
    <w:semiHidden/>
    <w:unhideWhenUsed/>
    <w:rsid w:val="00B96D13"/>
    <w:rPr>
      <w:color w:val="605E5C"/>
      <w:shd w:val="clear" w:color="auto" w:fill="E1DFDD"/>
    </w:rPr>
  </w:style>
  <w:style w:type="character" w:styleId="Nmerodepgina">
    <w:name w:val="page number"/>
    <w:basedOn w:val="Lletraperdefectedelpargraf"/>
    <w:uiPriority w:val="99"/>
    <w:semiHidden/>
    <w:unhideWhenUsed/>
    <w:rsid w:val="00D87A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1120</Words>
  <Characters>6390</Characters>
  <Application>Microsoft Office Word</Application>
  <DocSecurity>0</DocSecurity>
  <Lines>53</Lines>
  <Paragraphs>14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7496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 Saura</dc:creator>
  <cp:keywords/>
  <dc:description/>
  <cp:lastModifiedBy>Jordi Casas Romero</cp:lastModifiedBy>
  <cp:revision>4</cp:revision>
  <cp:lastPrinted>2026-01-25T17:46:00Z</cp:lastPrinted>
  <dcterms:created xsi:type="dcterms:W3CDTF">2026-02-12T16:28:00Z</dcterms:created>
  <dcterms:modified xsi:type="dcterms:W3CDTF">2026-02-12T17:02:00Z</dcterms:modified>
  <cp:category/>
</cp:coreProperties>
</file>