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B4770" w14:textId="10BB40D0" w:rsidR="001E4786" w:rsidRPr="0013710A" w:rsidRDefault="00D46157" w:rsidP="00DC02D1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lang w:val="ca-ES"/>
        </w:rPr>
      </w:pPr>
      <w:r w:rsidRPr="0013710A">
        <w:rPr>
          <w:rFonts w:ascii="Times New Roman" w:hAnsi="Times New Roman" w:cs="Times New Roman"/>
          <w:b/>
          <w:color w:val="000000" w:themeColor="text1"/>
          <w:lang w:val="ca-ES"/>
        </w:rPr>
        <w:t>TÍT</w:t>
      </w:r>
      <w:r w:rsidR="0013710A">
        <w:rPr>
          <w:rFonts w:ascii="Times New Roman" w:hAnsi="Times New Roman" w:cs="Times New Roman"/>
          <w:b/>
          <w:color w:val="000000" w:themeColor="text1"/>
          <w:lang w:val="ca-ES"/>
        </w:rPr>
        <w:t>O</w:t>
      </w:r>
      <w:r w:rsidRPr="0013710A">
        <w:rPr>
          <w:rFonts w:ascii="Times New Roman" w:hAnsi="Times New Roman" w:cs="Times New Roman"/>
          <w:b/>
          <w:color w:val="000000" w:themeColor="text1"/>
          <w:lang w:val="ca-ES"/>
        </w:rPr>
        <w:t xml:space="preserve">L DE LA </w:t>
      </w:r>
      <w:r w:rsidR="0013710A" w:rsidRPr="0013710A">
        <w:rPr>
          <w:rFonts w:ascii="Times New Roman" w:hAnsi="Times New Roman" w:cs="Times New Roman"/>
          <w:b/>
          <w:color w:val="000000" w:themeColor="text1"/>
          <w:lang w:val="ca-ES"/>
        </w:rPr>
        <w:t>COMUNICACIÓ</w:t>
      </w:r>
    </w:p>
    <w:p w14:paraId="628B2014" w14:textId="61B7FBFD" w:rsidR="001E4786" w:rsidRPr="0013710A" w:rsidRDefault="00D46157" w:rsidP="00DC02D1">
      <w:pPr>
        <w:tabs>
          <w:tab w:val="left" w:pos="7125"/>
        </w:tabs>
        <w:spacing w:line="240" w:lineRule="auto"/>
        <w:jc w:val="right"/>
        <w:rPr>
          <w:rFonts w:ascii="Times New Roman" w:hAnsi="Times New Roman" w:cs="Times New Roman"/>
          <w:color w:val="000000" w:themeColor="text1"/>
          <w:lang w:val="ca-ES"/>
        </w:rPr>
      </w:pPr>
      <w:r w:rsidRPr="0013710A">
        <w:rPr>
          <w:rFonts w:ascii="Times New Roman" w:hAnsi="Times New Roman" w:cs="Times New Roman"/>
          <w:b/>
          <w:color w:val="000000" w:themeColor="text1"/>
          <w:lang w:val="ca-ES"/>
        </w:rPr>
        <w:t>Autor 1</w:t>
      </w:r>
      <w:r w:rsidRPr="0013710A">
        <w:rPr>
          <w:rFonts w:ascii="Times New Roman" w:hAnsi="Times New Roman" w:cs="Times New Roman"/>
          <w:b/>
          <w:color w:val="000000" w:themeColor="text1"/>
          <w:vertAlign w:val="superscript"/>
          <w:lang w:val="ca-ES"/>
        </w:rPr>
        <w:t>1</w:t>
      </w:r>
      <w:r w:rsidRPr="0013710A">
        <w:rPr>
          <w:rFonts w:ascii="Times New Roman" w:hAnsi="Times New Roman" w:cs="Times New Roman"/>
          <w:color w:val="000000" w:themeColor="text1"/>
          <w:lang w:val="ca-ES"/>
        </w:rPr>
        <w:t xml:space="preserve">; </w:t>
      </w:r>
      <w:r w:rsidRPr="0013710A">
        <w:rPr>
          <w:rFonts w:ascii="Times New Roman" w:hAnsi="Times New Roman" w:cs="Times New Roman"/>
          <w:b/>
          <w:color w:val="000000" w:themeColor="text1"/>
          <w:lang w:val="ca-ES"/>
        </w:rPr>
        <w:t>Autor 2</w:t>
      </w:r>
      <w:r w:rsidRPr="0013710A">
        <w:rPr>
          <w:rFonts w:ascii="Times New Roman" w:hAnsi="Times New Roman" w:cs="Times New Roman"/>
          <w:b/>
          <w:color w:val="000000" w:themeColor="text1"/>
          <w:vertAlign w:val="superscript"/>
          <w:lang w:val="ca-ES"/>
        </w:rPr>
        <w:t>2</w:t>
      </w:r>
      <w:r w:rsidRPr="0013710A">
        <w:rPr>
          <w:rFonts w:ascii="Times New Roman" w:hAnsi="Times New Roman" w:cs="Times New Roman"/>
          <w:color w:val="000000" w:themeColor="text1"/>
          <w:lang w:val="ca-ES"/>
        </w:rPr>
        <w:t xml:space="preserve">; </w:t>
      </w:r>
      <w:r w:rsidRPr="0013710A">
        <w:rPr>
          <w:rFonts w:ascii="Times New Roman" w:hAnsi="Times New Roman" w:cs="Times New Roman"/>
          <w:b/>
          <w:color w:val="000000" w:themeColor="text1"/>
          <w:lang w:val="ca-ES"/>
        </w:rPr>
        <w:t>Autor 3</w:t>
      </w:r>
      <w:r w:rsidRPr="0013710A">
        <w:rPr>
          <w:rFonts w:ascii="Times New Roman" w:hAnsi="Times New Roman" w:cs="Times New Roman"/>
          <w:b/>
          <w:color w:val="000000" w:themeColor="text1"/>
          <w:vertAlign w:val="superscript"/>
          <w:lang w:val="ca-ES"/>
        </w:rPr>
        <w:t>3</w:t>
      </w:r>
      <w:r w:rsidRPr="0013710A">
        <w:rPr>
          <w:rFonts w:ascii="Times New Roman" w:hAnsi="Times New Roman" w:cs="Times New Roman"/>
          <w:color w:val="000000" w:themeColor="text1"/>
          <w:lang w:val="ca-ES"/>
        </w:rPr>
        <w:t xml:space="preserve">; </w:t>
      </w:r>
      <w:r w:rsidRPr="0013710A">
        <w:rPr>
          <w:rFonts w:ascii="Times New Roman" w:hAnsi="Times New Roman" w:cs="Times New Roman"/>
          <w:b/>
          <w:color w:val="000000" w:themeColor="text1"/>
          <w:lang w:val="ca-ES"/>
        </w:rPr>
        <w:t>Autor 4</w:t>
      </w:r>
      <w:r w:rsidRPr="0013710A">
        <w:rPr>
          <w:rFonts w:ascii="Times New Roman" w:hAnsi="Times New Roman" w:cs="Times New Roman"/>
          <w:b/>
          <w:color w:val="000000" w:themeColor="text1"/>
          <w:vertAlign w:val="superscript"/>
          <w:lang w:val="ca-ES"/>
        </w:rPr>
        <w:t>4</w:t>
      </w:r>
    </w:p>
    <w:p w14:paraId="7C77E69C" w14:textId="588CCB7A" w:rsidR="00C96950" w:rsidRPr="0013710A" w:rsidRDefault="00D46157" w:rsidP="00DC02D1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lang w:val="ca-ES"/>
        </w:rPr>
      </w:pPr>
      <w:r w:rsidRPr="0013710A">
        <w:rPr>
          <w:rFonts w:ascii="Times New Roman" w:hAnsi="Times New Roman" w:cs="Times New Roman"/>
          <w:b/>
          <w:color w:val="000000" w:themeColor="text1"/>
          <w:vertAlign w:val="superscript"/>
          <w:lang w:val="ca-ES"/>
        </w:rPr>
        <w:t>1</w:t>
      </w:r>
      <w:r w:rsidRPr="0013710A">
        <w:rPr>
          <w:rFonts w:ascii="Times New Roman" w:hAnsi="Times New Roman" w:cs="Times New Roman"/>
          <w:color w:val="000000" w:themeColor="text1"/>
          <w:lang w:val="ca-ES"/>
        </w:rPr>
        <w:t xml:space="preserve"> Nom </w:t>
      </w:r>
      <w:r w:rsidR="0013710A">
        <w:rPr>
          <w:rFonts w:ascii="Times New Roman" w:hAnsi="Times New Roman" w:cs="Times New Roman"/>
          <w:color w:val="000000" w:themeColor="text1"/>
          <w:lang w:val="ca-ES"/>
        </w:rPr>
        <w:t>i cognoms</w:t>
      </w:r>
      <w:r w:rsidR="00B96D13" w:rsidRPr="0013710A">
        <w:rPr>
          <w:rFonts w:ascii="Times New Roman" w:hAnsi="Times New Roman" w:cs="Times New Roman"/>
          <w:color w:val="000000" w:themeColor="text1"/>
          <w:lang w:val="ca-ES"/>
        </w:rPr>
        <w:t>. Universi</w:t>
      </w:r>
      <w:r w:rsidR="0013710A">
        <w:rPr>
          <w:rFonts w:ascii="Times New Roman" w:hAnsi="Times New Roman" w:cs="Times New Roman"/>
          <w:color w:val="000000" w:themeColor="text1"/>
          <w:lang w:val="ca-ES"/>
        </w:rPr>
        <w:t>t</w:t>
      </w:r>
      <w:r w:rsidR="00B96D13" w:rsidRPr="0013710A">
        <w:rPr>
          <w:rFonts w:ascii="Times New Roman" w:hAnsi="Times New Roman" w:cs="Times New Roman"/>
          <w:color w:val="000000" w:themeColor="text1"/>
          <w:lang w:val="ca-ES"/>
        </w:rPr>
        <w:t>a</w:t>
      </w:r>
      <w:r w:rsidR="0013710A">
        <w:rPr>
          <w:rFonts w:ascii="Times New Roman" w:hAnsi="Times New Roman" w:cs="Times New Roman"/>
          <w:color w:val="000000" w:themeColor="text1"/>
          <w:lang w:val="ca-ES"/>
        </w:rPr>
        <w:t>t</w:t>
      </w:r>
      <w:r w:rsidR="00B96D13" w:rsidRPr="0013710A">
        <w:rPr>
          <w:rFonts w:ascii="Times New Roman" w:hAnsi="Times New Roman" w:cs="Times New Roman"/>
          <w:color w:val="000000" w:themeColor="text1"/>
          <w:lang w:val="ca-ES"/>
        </w:rPr>
        <w:t xml:space="preserve"> o Institució.</w:t>
      </w:r>
      <w:r w:rsidRPr="0013710A">
        <w:rPr>
          <w:rFonts w:ascii="Times New Roman" w:hAnsi="Times New Roman" w:cs="Times New Roman"/>
          <w:color w:val="000000" w:themeColor="text1"/>
          <w:lang w:val="ca-ES"/>
        </w:rPr>
        <w:t xml:space="preserve"> </w:t>
      </w:r>
      <w:r w:rsidR="0013710A" w:rsidRPr="0013710A">
        <w:rPr>
          <w:rFonts w:ascii="Times New Roman" w:hAnsi="Times New Roman" w:cs="Times New Roman"/>
          <w:color w:val="000000" w:themeColor="text1"/>
          <w:lang w:val="ca-ES"/>
        </w:rPr>
        <w:t>Pa</w:t>
      </w:r>
      <w:r w:rsidR="0013710A">
        <w:rPr>
          <w:rFonts w:ascii="Times New Roman" w:hAnsi="Times New Roman" w:cs="Times New Roman"/>
          <w:color w:val="000000" w:themeColor="text1"/>
          <w:lang w:val="ca-ES"/>
        </w:rPr>
        <w:t>í</w:t>
      </w:r>
      <w:r w:rsidR="0013710A" w:rsidRPr="0013710A">
        <w:rPr>
          <w:rFonts w:ascii="Times New Roman" w:hAnsi="Times New Roman" w:cs="Times New Roman"/>
          <w:color w:val="000000" w:themeColor="text1"/>
          <w:lang w:val="ca-ES"/>
        </w:rPr>
        <w:t>s</w:t>
      </w:r>
      <w:r w:rsidR="00B96D13" w:rsidRPr="0013710A">
        <w:rPr>
          <w:rFonts w:ascii="Times New Roman" w:hAnsi="Times New Roman" w:cs="Times New Roman"/>
          <w:color w:val="000000" w:themeColor="text1"/>
          <w:lang w:val="ca-ES"/>
        </w:rPr>
        <w:t xml:space="preserve">. </w:t>
      </w:r>
      <w:r w:rsidR="00C96950" w:rsidRPr="0013710A">
        <w:rPr>
          <w:rFonts w:ascii="Times New Roman" w:hAnsi="Times New Roman" w:cs="Times New Roman"/>
          <w:color w:val="000000" w:themeColor="text1"/>
          <w:lang w:val="ca-ES"/>
        </w:rPr>
        <w:t>E-mail.</w:t>
      </w:r>
    </w:p>
    <w:p w14:paraId="30008CC3" w14:textId="0656C38F" w:rsidR="001E4786" w:rsidRPr="0013710A" w:rsidRDefault="00D46157" w:rsidP="00DC02D1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lang w:val="ca-ES"/>
        </w:rPr>
      </w:pPr>
      <w:r w:rsidRPr="0013710A">
        <w:rPr>
          <w:rFonts w:ascii="Times New Roman" w:hAnsi="Times New Roman" w:cs="Times New Roman"/>
          <w:b/>
          <w:color w:val="000000" w:themeColor="text1"/>
          <w:vertAlign w:val="superscript"/>
          <w:lang w:val="ca-ES"/>
        </w:rPr>
        <w:t>2</w:t>
      </w:r>
      <w:r w:rsidRPr="0013710A">
        <w:rPr>
          <w:rFonts w:ascii="Times New Roman" w:hAnsi="Times New Roman" w:cs="Times New Roman"/>
          <w:color w:val="000000" w:themeColor="text1"/>
          <w:lang w:val="ca-ES"/>
        </w:rPr>
        <w:t xml:space="preserve"> </w:t>
      </w:r>
      <w:r w:rsidR="0013710A" w:rsidRPr="0013710A">
        <w:rPr>
          <w:rFonts w:ascii="Times New Roman" w:hAnsi="Times New Roman" w:cs="Times New Roman"/>
          <w:color w:val="000000" w:themeColor="text1"/>
          <w:lang w:val="ca-ES"/>
        </w:rPr>
        <w:t xml:space="preserve">Nom </w:t>
      </w:r>
      <w:r w:rsidR="0013710A">
        <w:rPr>
          <w:rFonts w:ascii="Times New Roman" w:hAnsi="Times New Roman" w:cs="Times New Roman"/>
          <w:color w:val="000000" w:themeColor="text1"/>
          <w:lang w:val="ca-ES"/>
        </w:rPr>
        <w:t>i cognoms</w:t>
      </w:r>
      <w:r w:rsidR="0013710A" w:rsidRPr="0013710A">
        <w:rPr>
          <w:rFonts w:ascii="Times New Roman" w:hAnsi="Times New Roman" w:cs="Times New Roman"/>
          <w:color w:val="000000" w:themeColor="text1"/>
          <w:lang w:val="ca-ES"/>
        </w:rPr>
        <w:t>. Universi</w:t>
      </w:r>
      <w:r w:rsidR="0013710A">
        <w:rPr>
          <w:rFonts w:ascii="Times New Roman" w:hAnsi="Times New Roman" w:cs="Times New Roman"/>
          <w:color w:val="000000" w:themeColor="text1"/>
          <w:lang w:val="ca-ES"/>
        </w:rPr>
        <w:t>t</w:t>
      </w:r>
      <w:r w:rsidR="0013710A" w:rsidRPr="0013710A">
        <w:rPr>
          <w:rFonts w:ascii="Times New Roman" w:hAnsi="Times New Roman" w:cs="Times New Roman"/>
          <w:color w:val="000000" w:themeColor="text1"/>
          <w:lang w:val="ca-ES"/>
        </w:rPr>
        <w:t>a</w:t>
      </w:r>
      <w:r w:rsidR="0013710A">
        <w:rPr>
          <w:rFonts w:ascii="Times New Roman" w:hAnsi="Times New Roman" w:cs="Times New Roman"/>
          <w:color w:val="000000" w:themeColor="text1"/>
          <w:lang w:val="ca-ES"/>
        </w:rPr>
        <w:t>t</w:t>
      </w:r>
      <w:r w:rsidR="0013710A" w:rsidRPr="0013710A">
        <w:rPr>
          <w:rFonts w:ascii="Times New Roman" w:hAnsi="Times New Roman" w:cs="Times New Roman"/>
          <w:color w:val="000000" w:themeColor="text1"/>
          <w:lang w:val="ca-ES"/>
        </w:rPr>
        <w:t xml:space="preserve"> o Institució. Pa</w:t>
      </w:r>
      <w:r w:rsidR="0013710A">
        <w:rPr>
          <w:rFonts w:ascii="Times New Roman" w:hAnsi="Times New Roman" w:cs="Times New Roman"/>
          <w:color w:val="000000" w:themeColor="text1"/>
          <w:lang w:val="ca-ES"/>
        </w:rPr>
        <w:t>í</w:t>
      </w:r>
      <w:r w:rsidR="0013710A" w:rsidRPr="0013710A">
        <w:rPr>
          <w:rFonts w:ascii="Times New Roman" w:hAnsi="Times New Roman" w:cs="Times New Roman"/>
          <w:color w:val="000000" w:themeColor="text1"/>
          <w:lang w:val="ca-ES"/>
        </w:rPr>
        <w:t>s. E-mail.</w:t>
      </w:r>
    </w:p>
    <w:p w14:paraId="318BBB54" w14:textId="0ACA52EE" w:rsidR="00B96D13" w:rsidRPr="0013710A" w:rsidRDefault="00D46157" w:rsidP="00DC02D1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lang w:val="ca-ES"/>
        </w:rPr>
      </w:pPr>
      <w:r w:rsidRPr="0013710A">
        <w:rPr>
          <w:rFonts w:ascii="Times New Roman" w:hAnsi="Times New Roman" w:cs="Times New Roman"/>
          <w:b/>
          <w:color w:val="000000" w:themeColor="text1"/>
          <w:vertAlign w:val="superscript"/>
          <w:lang w:val="ca-ES"/>
        </w:rPr>
        <w:t>3</w:t>
      </w:r>
      <w:r w:rsidRPr="0013710A">
        <w:rPr>
          <w:rFonts w:ascii="Times New Roman" w:hAnsi="Times New Roman" w:cs="Times New Roman"/>
          <w:color w:val="000000" w:themeColor="text1"/>
          <w:lang w:val="ca-ES"/>
        </w:rPr>
        <w:t xml:space="preserve"> </w:t>
      </w:r>
      <w:r w:rsidR="0013710A" w:rsidRPr="0013710A">
        <w:rPr>
          <w:rFonts w:ascii="Times New Roman" w:hAnsi="Times New Roman" w:cs="Times New Roman"/>
          <w:color w:val="000000" w:themeColor="text1"/>
          <w:lang w:val="ca-ES"/>
        </w:rPr>
        <w:t xml:space="preserve">Nom </w:t>
      </w:r>
      <w:r w:rsidR="0013710A">
        <w:rPr>
          <w:rFonts w:ascii="Times New Roman" w:hAnsi="Times New Roman" w:cs="Times New Roman"/>
          <w:color w:val="000000" w:themeColor="text1"/>
          <w:lang w:val="ca-ES"/>
        </w:rPr>
        <w:t>i cognoms</w:t>
      </w:r>
      <w:r w:rsidR="0013710A" w:rsidRPr="0013710A">
        <w:rPr>
          <w:rFonts w:ascii="Times New Roman" w:hAnsi="Times New Roman" w:cs="Times New Roman"/>
          <w:color w:val="000000" w:themeColor="text1"/>
          <w:lang w:val="ca-ES"/>
        </w:rPr>
        <w:t>. Universi</w:t>
      </w:r>
      <w:r w:rsidR="0013710A">
        <w:rPr>
          <w:rFonts w:ascii="Times New Roman" w:hAnsi="Times New Roman" w:cs="Times New Roman"/>
          <w:color w:val="000000" w:themeColor="text1"/>
          <w:lang w:val="ca-ES"/>
        </w:rPr>
        <w:t>t</w:t>
      </w:r>
      <w:r w:rsidR="0013710A" w:rsidRPr="0013710A">
        <w:rPr>
          <w:rFonts w:ascii="Times New Roman" w:hAnsi="Times New Roman" w:cs="Times New Roman"/>
          <w:color w:val="000000" w:themeColor="text1"/>
          <w:lang w:val="ca-ES"/>
        </w:rPr>
        <w:t>a</w:t>
      </w:r>
      <w:r w:rsidR="0013710A">
        <w:rPr>
          <w:rFonts w:ascii="Times New Roman" w:hAnsi="Times New Roman" w:cs="Times New Roman"/>
          <w:color w:val="000000" w:themeColor="text1"/>
          <w:lang w:val="ca-ES"/>
        </w:rPr>
        <w:t>t</w:t>
      </w:r>
      <w:r w:rsidR="0013710A" w:rsidRPr="0013710A">
        <w:rPr>
          <w:rFonts w:ascii="Times New Roman" w:hAnsi="Times New Roman" w:cs="Times New Roman"/>
          <w:color w:val="000000" w:themeColor="text1"/>
          <w:lang w:val="ca-ES"/>
        </w:rPr>
        <w:t xml:space="preserve"> o Institució. Pa</w:t>
      </w:r>
      <w:r w:rsidR="0013710A">
        <w:rPr>
          <w:rFonts w:ascii="Times New Roman" w:hAnsi="Times New Roman" w:cs="Times New Roman"/>
          <w:color w:val="000000" w:themeColor="text1"/>
          <w:lang w:val="ca-ES"/>
        </w:rPr>
        <w:t>í</w:t>
      </w:r>
      <w:r w:rsidR="0013710A" w:rsidRPr="0013710A">
        <w:rPr>
          <w:rFonts w:ascii="Times New Roman" w:hAnsi="Times New Roman" w:cs="Times New Roman"/>
          <w:color w:val="000000" w:themeColor="text1"/>
          <w:lang w:val="ca-ES"/>
        </w:rPr>
        <w:t>s. E-mail.</w:t>
      </w:r>
    </w:p>
    <w:p w14:paraId="406A42F9" w14:textId="30C69EE9" w:rsidR="001E4786" w:rsidRPr="0013710A" w:rsidRDefault="00D46157" w:rsidP="00DC02D1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lang w:val="ca-ES"/>
        </w:rPr>
      </w:pPr>
      <w:r w:rsidRPr="0013710A">
        <w:rPr>
          <w:rFonts w:ascii="Times New Roman" w:hAnsi="Times New Roman" w:cs="Times New Roman"/>
          <w:b/>
          <w:color w:val="000000" w:themeColor="text1"/>
          <w:vertAlign w:val="superscript"/>
          <w:lang w:val="ca-ES"/>
        </w:rPr>
        <w:t>4</w:t>
      </w:r>
      <w:r w:rsidRPr="0013710A">
        <w:rPr>
          <w:rFonts w:ascii="Times New Roman" w:hAnsi="Times New Roman" w:cs="Times New Roman"/>
          <w:color w:val="000000" w:themeColor="text1"/>
          <w:lang w:val="ca-ES"/>
        </w:rPr>
        <w:t xml:space="preserve"> </w:t>
      </w:r>
      <w:r w:rsidR="0013710A" w:rsidRPr="0013710A">
        <w:rPr>
          <w:rFonts w:ascii="Times New Roman" w:hAnsi="Times New Roman" w:cs="Times New Roman"/>
          <w:color w:val="000000" w:themeColor="text1"/>
          <w:lang w:val="ca-ES"/>
        </w:rPr>
        <w:t xml:space="preserve">Nom </w:t>
      </w:r>
      <w:r w:rsidR="0013710A">
        <w:rPr>
          <w:rFonts w:ascii="Times New Roman" w:hAnsi="Times New Roman" w:cs="Times New Roman"/>
          <w:color w:val="000000" w:themeColor="text1"/>
          <w:lang w:val="ca-ES"/>
        </w:rPr>
        <w:t>i cognoms</w:t>
      </w:r>
      <w:r w:rsidR="0013710A" w:rsidRPr="0013710A">
        <w:rPr>
          <w:rFonts w:ascii="Times New Roman" w:hAnsi="Times New Roman" w:cs="Times New Roman"/>
          <w:color w:val="000000" w:themeColor="text1"/>
          <w:lang w:val="ca-ES"/>
        </w:rPr>
        <w:t>. Universi</w:t>
      </w:r>
      <w:r w:rsidR="0013710A">
        <w:rPr>
          <w:rFonts w:ascii="Times New Roman" w:hAnsi="Times New Roman" w:cs="Times New Roman"/>
          <w:color w:val="000000" w:themeColor="text1"/>
          <w:lang w:val="ca-ES"/>
        </w:rPr>
        <w:t>t</w:t>
      </w:r>
      <w:r w:rsidR="0013710A" w:rsidRPr="0013710A">
        <w:rPr>
          <w:rFonts w:ascii="Times New Roman" w:hAnsi="Times New Roman" w:cs="Times New Roman"/>
          <w:color w:val="000000" w:themeColor="text1"/>
          <w:lang w:val="ca-ES"/>
        </w:rPr>
        <w:t>a</w:t>
      </w:r>
      <w:r w:rsidR="0013710A">
        <w:rPr>
          <w:rFonts w:ascii="Times New Roman" w:hAnsi="Times New Roman" w:cs="Times New Roman"/>
          <w:color w:val="000000" w:themeColor="text1"/>
          <w:lang w:val="ca-ES"/>
        </w:rPr>
        <w:t>t</w:t>
      </w:r>
      <w:r w:rsidR="0013710A" w:rsidRPr="0013710A">
        <w:rPr>
          <w:rFonts w:ascii="Times New Roman" w:hAnsi="Times New Roman" w:cs="Times New Roman"/>
          <w:color w:val="000000" w:themeColor="text1"/>
          <w:lang w:val="ca-ES"/>
        </w:rPr>
        <w:t xml:space="preserve"> o Institució. Pa</w:t>
      </w:r>
      <w:r w:rsidR="0013710A">
        <w:rPr>
          <w:rFonts w:ascii="Times New Roman" w:hAnsi="Times New Roman" w:cs="Times New Roman"/>
          <w:color w:val="000000" w:themeColor="text1"/>
          <w:lang w:val="ca-ES"/>
        </w:rPr>
        <w:t>í</w:t>
      </w:r>
      <w:r w:rsidR="0013710A" w:rsidRPr="0013710A">
        <w:rPr>
          <w:rFonts w:ascii="Times New Roman" w:hAnsi="Times New Roman" w:cs="Times New Roman"/>
          <w:color w:val="000000" w:themeColor="text1"/>
          <w:lang w:val="ca-ES"/>
        </w:rPr>
        <w:t>s. E-mail.</w:t>
      </w:r>
    </w:p>
    <w:p w14:paraId="47982F63" w14:textId="60C84422" w:rsidR="001E4786" w:rsidRPr="0013710A" w:rsidRDefault="00D46157" w:rsidP="00DC02D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ca-ES"/>
        </w:rPr>
      </w:pPr>
      <w:bookmarkStart w:id="0" w:name="_Hlk221809227"/>
      <w:r w:rsidRPr="0013710A">
        <w:rPr>
          <w:rFonts w:ascii="Times New Roman" w:hAnsi="Times New Roman" w:cs="Times New Roman"/>
          <w:b/>
          <w:color w:val="000000" w:themeColor="text1"/>
          <w:lang w:val="ca-ES"/>
        </w:rPr>
        <w:t>RESUM</w:t>
      </w:r>
    </w:p>
    <w:p w14:paraId="7822E5D5" w14:textId="409F12C2" w:rsidR="00CC772B" w:rsidRPr="0013710A" w:rsidRDefault="00CC772B" w:rsidP="00DC02D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ca-ES"/>
        </w:rPr>
      </w:pPr>
      <w:proofErr w:type="spellStart"/>
      <w:r w:rsidRPr="0013710A">
        <w:rPr>
          <w:rFonts w:ascii="Times New Roman" w:hAnsi="Times New Roman" w:cs="Times New Roman"/>
          <w:color w:val="000000" w:themeColor="text1"/>
          <w:lang w:val="ca-ES"/>
        </w:rPr>
        <w:t>Xxxxx</w:t>
      </w:r>
      <w:proofErr w:type="spellEnd"/>
      <w:r w:rsidRPr="0013710A">
        <w:rPr>
          <w:rFonts w:ascii="Times New Roman" w:hAnsi="Times New Roman" w:cs="Times New Roman"/>
          <w:color w:val="000000" w:themeColor="text1"/>
          <w:lang w:val="ca-ES"/>
        </w:rPr>
        <w:t xml:space="preserve">. </w:t>
      </w:r>
      <w:proofErr w:type="spellStart"/>
      <w:r w:rsidRPr="0013710A">
        <w:rPr>
          <w:rFonts w:ascii="Times New Roman" w:hAnsi="Times New Roman" w:cs="Times New Roman"/>
          <w:color w:val="000000" w:themeColor="text1"/>
          <w:lang w:val="ca-ES"/>
        </w:rPr>
        <w:t>Xxxxx</w:t>
      </w:r>
      <w:proofErr w:type="spellEnd"/>
      <w:r w:rsidRPr="0013710A">
        <w:rPr>
          <w:rFonts w:ascii="Times New Roman" w:hAnsi="Times New Roman" w:cs="Times New Roman"/>
          <w:color w:val="000000" w:themeColor="text1"/>
          <w:lang w:val="ca-ES"/>
        </w:rPr>
        <w:t>…</w:t>
      </w:r>
    </w:p>
    <w:p w14:paraId="4E79685D" w14:textId="5E15AB3A" w:rsidR="00794A98" w:rsidRPr="0013710A" w:rsidRDefault="00794A98" w:rsidP="00DC02D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ca-ES"/>
        </w:rPr>
      </w:pPr>
      <w:proofErr w:type="spellStart"/>
      <w:r w:rsidRPr="0013710A">
        <w:rPr>
          <w:rFonts w:ascii="Times New Roman" w:hAnsi="Times New Roman" w:cs="Times New Roman"/>
          <w:color w:val="000000" w:themeColor="text1"/>
          <w:lang w:val="ca-ES"/>
        </w:rPr>
        <w:t>Xxxxx</w:t>
      </w:r>
      <w:proofErr w:type="spellEnd"/>
      <w:r w:rsidRPr="0013710A">
        <w:rPr>
          <w:rFonts w:ascii="Times New Roman" w:hAnsi="Times New Roman" w:cs="Times New Roman"/>
          <w:color w:val="000000" w:themeColor="text1"/>
          <w:lang w:val="ca-ES"/>
        </w:rPr>
        <w:t xml:space="preserve">. </w:t>
      </w:r>
      <w:proofErr w:type="spellStart"/>
      <w:r w:rsidRPr="0013710A">
        <w:rPr>
          <w:rFonts w:ascii="Times New Roman" w:hAnsi="Times New Roman" w:cs="Times New Roman"/>
          <w:color w:val="000000" w:themeColor="text1"/>
          <w:lang w:val="ca-ES"/>
        </w:rPr>
        <w:t>Xxxxx</w:t>
      </w:r>
      <w:proofErr w:type="spellEnd"/>
      <w:r w:rsidRPr="0013710A">
        <w:rPr>
          <w:rFonts w:ascii="Times New Roman" w:hAnsi="Times New Roman" w:cs="Times New Roman"/>
          <w:color w:val="000000" w:themeColor="text1"/>
          <w:lang w:val="ca-ES"/>
        </w:rPr>
        <w:t>…</w:t>
      </w:r>
    </w:p>
    <w:p w14:paraId="307E605D" w14:textId="62B310B7" w:rsidR="001E4786" w:rsidRPr="00586274" w:rsidRDefault="00D23C4F" w:rsidP="00836982">
      <w:pPr>
        <w:spacing w:line="240" w:lineRule="auto"/>
        <w:jc w:val="both"/>
        <w:rPr>
          <w:rFonts w:ascii="Times New Roman" w:hAnsi="Times New Roman" w:cs="Times New Roman"/>
          <w:i/>
          <w:iCs/>
          <w:color w:val="A40000"/>
          <w:lang w:val="ca-ES"/>
        </w:rPr>
      </w:pPr>
      <w:r w:rsidRPr="00586274">
        <w:rPr>
          <w:rFonts w:ascii="Times New Roman" w:hAnsi="Times New Roman" w:cs="Times New Roman"/>
          <w:b/>
          <w:bCs/>
          <w:i/>
          <w:iCs/>
          <w:color w:val="A40000"/>
          <w:lang w:val="ca-ES"/>
        </w:rPr>
        <w:t>Av</w:t>
      </w:r>
      <w:r w:rsidR="0013710A" w:rsidRPr="00586274">
        <w:rPr>
          <w:rFonts w:ascii="Times New Roman" w:hAnsi="Times New Roman" w:cs="Times New Roman"/>
          <w:b/>
          <w:bCs/>
          <w:i/>
          <w:iCs/>
          <w:color w:val="A40000"/>
          <w:lang w:val="ca-ES"/>
        </w:rPr>
        <w:t>í</w:t>
      </w:r>
      <w:r w:rsidRPr="00586274">
        <w:rPr>
          <w:rFonts w:ascii="Times New Roman" w:hAnsi="Times New Roman" w:cs="Times New Roman"/>
          <w:b/>
          <w:bCs/>
          <w:i/>
          <w:iCs/>
          <w:color w:val="A40000"/>
          <w:lang w:val="ca-ES"/>
        </w:rPr>
        <w:t>s</w:t>
      </w:r>
      <w:r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: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Es</w:t>
      </w:r>
      <w:r w:rsidR="00093AC5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recomana</w:t>
      </w:r>
      <w:r w:rsidR="00093AC5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que el</w:t>
      </w:r>
      <w:r w:rsidR="00CC772B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resum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estigui </w:t>
      </w:r>
      <w:r w:rsidR="00093AC5" w:rsidRPr="00586274">
        <w:rPr>
          <w:rFonts w:ascii="Times New Roman" w:hAnsi="Times New Roman" w:cs="Times New Roman"/>
          <w:i/>
          <w:iCs/>
          <w:color w:val="A40000"/>
          <w:lang w:val="ca-ES"/>
        </w:rPr>
        <w:t>redacta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t amb </w:t>
      </w:r>
      <w:r w:rsidR="00EA7305" w:rsidRPr="00586274">
        <w:rPr>
          <w:rFonts w:ascii="Times New Roman" w:hAnsi="Times New Roman" w:cs="Times New Roman"/>
          <w:i/>
          <w:iCs/>
          <w:color w:val="A40000"/>
          <w:lang w:val="ca-ES"/>
        </w:rPr>
        <w:t>concreció</w:t>
      </w:r>
      <w:r w:rsidR="00330921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.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Així mateix</w:t>
      </w:r>
      <w:r w:rsidR="00093AC5" w:rsidRPr="00586274">
        <w:rPr>
          <w:rFonts w:ascii="Times New Roman" w:hAnsi="Times New Roman" w:cs="Times New Roman"/>
          <w:i/>
          <w:iCs/>
          <w:color w:val="A40000"/>
          <w:lang w:val="ca-ES"/>
        </w:rPr>
        <w:t>, e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s</w:t>
      </w:r>
      <w:r w:rsidR="00330921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recomana</w:t>
      </w:r>
      <w:r w:rsidR="00330921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que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oscil·li</w:t>
      </w:r>
      <w:r w:rsidR="00093AC5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</w:t>
      </w:r>
      <w:r w:rsidR="00330921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entre 300 </w:t>
      </w:r>
      <w:r w:rsidR="00765FA0" w:rsidRPr="00586274">
        <w:rPr>
          <w:rFonts w:ascii="Times New Roman" w:hAnsi="Times New Roman" w:cs="Times New Roman"/>
          <w:i/>
          <w:iCs/>
          <w:color w:val="A40000"/>
          <w:lang w:val="ca-ES"/>
        </w:rPr>
        <w:t>i</w:t>
      </w:r>
      <w:r w:rsidR="00330921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500 pa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raules</w:t>
      </w:r>
      <w:r w:rsidR="00330921" w:rsidRPr="00586274">
        <w:rPr>
          <w:rFonts w:ascii="Times New Roman" w:hAnsi="Times New Roman" w:cs="Times New Roman"/>
          <w:i/>
          <w:iCs/>
          <w:color w:val="A40000"/>
          <w:lang w:val="ca-ES"/>
        </w:rPr>
        <w:t>.</w:t>
      </w:r>
      <w:r w:rsidR="00CC772B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S’accepten</w:t>
      </w:r>
      <w:r w:rsidR="00330921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treballs</w:t>
      </w:r>
      <w:r w:rsidR="00330921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empírics</w:t>
      </w:r>
      <w:r w:rsidR="00093AC5" w:rsidRPr="00586274">
        <w:rPr>
          <w:rFonts w:ascii="Times New Roman" w:hAnsi="Times New Roman" w:cs="Times New Roman"/>
          <w:i/>
          <w:iCs/>
          <w:color w:val="A40000"/>
          <w:lang w:val="ca-ES"/>
        </w:rPr>
        <w:t>,</w:t>
      </w:r>
      <w:r w:rsidR="00330921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teòrics</w:t>
      </w:r>
      <w:r w:rsidR="00093AC5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i</w:t>
      </w:r>
      <w:r w:rsidR="00093AC5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metodològics</w:t>
      </w:r>
      <w:r w:rsidR="00330921" w:rsidRPr="00586274">
        <w:rPr>
          <w:rFonts w:ascii="Times New Roman" w:hAnsi="Times New Roman" w:cs="Times New Roman"/>
          <w:i/>
          <w:iCs/>
          <w:color w:val="A40000"/>
          <w:lang w:val="ca-ES"/>
        </w:rPr>
        <w:t>.</w:t>
      </w:r>
      <w:r w:rsidR="00B96D13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Es</w:t>
      </w:r>
      <w:r w:rsidR="00B96D13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recom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an</w:t>
      </w:r>
      <w:r w:rsidR="00B96D13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a que </w:t>
      </w:r>
      <w:r w:rsidR="00EA7305" w:rsidRPr="00586274">
        <w:rPr>
          <w:rFonts w:ascii="Times New Roman" w:hAnsi="Times New Roman" w:cs="Times New Roman"/>
          <w:i/>
          <w:iCs/>
          <w:color w:val="A40000"/>
          <w:lang w:val="ca-ES"/>
        </w:rPr>
        <w:t>incorpor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i</w:t>
      </w:r>
      <w:r w:rsidR="00B96D13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diversos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apartats</w:t>
      </w:r>
      <w:r w:rsidR="00330921" w:rsidRPr="00586274">
        <w:rPr>
          <w:rFonts w:ascii="Times New Roman" w:hAnsi="Times New Roman" w:cs="Times New Roman"/>
          <w:i/>
          <w:iCs/>
          <w:color w:val="A40000"/>
          <w:lang w:val="ca-ES"/>
        </w:rPr>
        <w:t>, tals co</w:t>
      </w:r>
      <w:r w:rsidR="00765FA0" w:rsidRPr="00586274">
        <w:rPr>
          <w:rFonts w:ascii="Times New Roman" w:hAnsi="Times New Roman" w:cs="Times New Roman"/>
          <w:i/>
          <w:iCs/>
          <w:color w:val="A40000"/>
          <w:lang w:val="ca-ES"/>
        </w:rPr>
        <w:t>m</w:t>
      </w:r>
      <w:r w:rsidR="00330921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Introducció</w:t>
      </w:r>
      <w:r w:rsidR="00CC772B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,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Metodologia</w:t>
      </w:r>
      <w:r w:rsidR="00CC772B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,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Resultats</w:t>
      </w:r>
      <w:r w:rsidR="00CC772B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,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Discussió</w:t>
      </w:r>
      <w:r w:rsidR="00CC772B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i</w:t>
      </w:r>
      <w:r w:rsidR="00330921" w:rsidRPr="00586274">
        <w:rPr>
          <w:rFonts w:ascii="Times New Roman" w:hAnsi="Times New Roman" w:cs="Times New Roman"/>
          <w:i/>
          <w:iCs/>
          <w:color w:val="A40000"/>
          <w:lang w:val="ca-ES"/>
        </w:rPr>
        <w:t>/o</w:t>
      </w:r>
      <w:r w:rsidR="00CC772B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Conclusions</w:t>
      </w:r>
      <w:r w:rsidR="00CC772B" w:rsidRPr="00586274">
        <w:rPr>
          <w:rFonts w:ascii="Times New Roman" w:hAnsi="Times New Roman" w:cs="Times New Roman"/>
          <w:i/>
          <w:iCs/>
          <w:color w:val="A40000"/>
          <w:lang w:val="ca-ES"/>
        </w:rPr>
        <w:t>.</w:t>
      </w:r>
    </w:p>
    <w:p w14:paraId="32A40D98" w14:textId="4CD30442" w:rsidR="001E4786" w:rsidRPr="0013710A" w:rsidRDefault="00D46157" w:rsidP="0013710A">
      <w:pPr>
        <w:tabs>
          <w:tab w:val="left" w:pos="231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lang w:val="ca-ES"/>
        </w:rPr>
      </w:pPr>
      <w:r w:rsidRPr="0013710A">
        <w:rPr>
          <w:rFonts w:ascii="Times New Roman" w:hAnsi="Times New Roman" w:cs="Times New Roman"/>
          <w:b/>
          <w:color w:val="000000" w:themeColor="text1"/>
          <w:lang w:val="ca-ES"/>
        </w:rPr>
        <w:t>PA</w:t>
      </w:r>
      <w:r w:rsidR="0013710A">
        <w:rPr>
          <w:rFonts w:ascii="Times New Roman" w:hAnsi="Times New Roman" w:cs="Times New Roman"/>
          <w:b/>
          <w:color w:val="000000" w:themeColor="text1"/>
          <w:lang w:val="ca-ES"/>
        </w:rPr>
        <w:t>RAULES</w:t>
      </w:r>
      <w:r w:rsidRPr="0013710A">
        <w:rPr>
          <w:rFonts w:ascii="Times New Roman" w:hAnsi="Times New Roman" w:cs="Times New Roman"/>
          <w:b/>
          <w:color w:val="000000" w:themeColor="text1"/>
          <w:lang w:val="ca-ES"/>
        </w:rPr>
        <w:t xml:space="preserve"> CLA</w:t>
      </w:r>
      <w:r w:rsidR="0013710A">
        <w:rPr>
          <w:rFonts w:ascii="Times New Roman" w:hAnsi="Times New Roman" w:cs="Times New Roman"/>
          <w:b/>
          <w:color w:val="000000" w:themeColor="text1"/>
          <w:lang w:val="ca-ES"/>
        </w:rPr>
        <w:t>U</w:t>
      </w:r>
      <w:r w:rsidR="0013710A">
        <w:rPr>
          <w:rFonts w:ascii="Times New Roman" w:hAnsi="Times New Roman" w:cs="Times New Roman"/>
          <w:b/>
          <w:color w:val="000000" w:themeColor="text1"/>
          <w:lang w:val="ca-ES"/>
        </w:rPr>
        <w:tab/>
      </w:r>
    </w:p>
    <w:p w14:paraId="5AAA4A79" w14:textId="2436B34D" w:rsidR="001E4786" w:rsidRPr="0013710A" w:rsidRDefault="0013710A" w:rsidP="00DC02D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ca-ES"/>
        </w:rPr>
      </w:pPr>
      <w:r>
        <w:rPr>
          <w:rFonts w:ascii="Times New Roman" w:hAnsi="Times New Roman" w:cs="Times New Roman"/>
          <w:color w:val="000000" w:themeColor="text1"/>
          <w:lang w:val="ca-ES"/>
        </w:rPr>
        <w:t>Paraula</w:t>
      </w:r>
      <w:r w:rsidR="00B96D13" w:rsidRPr="0013710A">
        <w:rPr>
          <w:rFonts w:ascii="Times New Roman" w:hAnsi="Times New Roman" w:cs="Times New Roman"/>
          <w:color w:val="000000" w:themeColor="text1"/>
          <w:lang w:val="ca-ES"/>
        </w:rPr>
        <w:t xml:space="preserve"> 1; </w:t>
      </w:r>
      <w:r>
        <w:rPr>
          <w:rFonts w:ascii="Times New Roman" w:hAnsi="Times New Roman" w:cs="Times New Roman"/>
          <w:color w:val="000000" w:themeColor="text1"/>
          <w:lang w:val="ca-ES"/>
        </w:rPr>
        <w:t>Paraula</w:t>
      </w:r>
      <w:r w:rsidRPr="0013710A">
        <w:rPr>
          <w:rFonts w:ascii="Times New Roman" w:hAnsi="Times New Roman" w:cs="Times New Roman"/>
          <w:color w:val="000000" w:themeColor="text1"/>
          <w:lang w:val="ca-ES"/>
        </w:rPr>
        <w:t xml:space="preserve"> </w:t>
      </w:r>
      <w:r w:rsidR="00B96D13" w:rsidRPr="0013710A">
        <w:rPr>
          <w:rFonts w:ascii="Times New Roman" w:hAnsi="Times New Roman" w:cs="Times New Roman"/>
          <w:color w:val="000000" w:themeColor="text1"/>
          <w:lang w:val="ca-ES"/>
        </w:rPr>
        <w:t xml:space="preserve">2; </w:t>
      </w:r>
      <w:r>
        <w:rPr>
          <w:rFonts w:ascii="Times New Roman" w:hAnsi="Times New Roman" w:cs="Times New Roman"/>
          <w:color w:val="000000" w:themeColor="text1"/>
          <w:lang w:val="ca-ES"/>
        </w:rPr>
        <w:t>Paraula</w:t>
      </w:r>
      <w:r w:rsidRPr="0013710A">
        <w:rPr>
          <w:rFonts w:ascii="Times New Roman" w:hAnsi="Times New Roman" w:cs="Times New Roman"/>
          <w:color w:val="000000" w:themeColor="text1"/>
          <w:lang w:val="ca-ES"/>
        </w:rPr>
        <w:t xml:space="preserve"> </w:t>
      </w:r>
      <w:r w:rsidR="00B96D13" w:rsidRPr="0013710A">
        <w:rPr>
          <w:rFonts w:ascii="Times New Roman" w:hAnsi="Times New Roman" w:cs="Times New Roman"/>
          <w:color w:val="000000" w:themeColor="text1"/>
          <w:lang w:val="ca-ES"/>
        </w:rPr>
        <w:t xml:space="preserve">3; </w:t>
      </w:r>
      <w:r>
        <w:rPr>
          <w:rFonts w:ascii="Times New Roman" w:hAnsi="Times New Roman" w:cs="Times New Roman"/>
          <w:color w:val="000000" w:themeColor="text1"/>
          <w:lang w:val="ca-ES"/>
        </w:rPr>
        <w:t>Paraula</w:t>
      </w:r>
      <w:r w:rsidRPr="0013710A">
        <w:rPr>
          <w:rFonts w:ascii="Times New Roman" w:hAnsi="Times New Roman" w:cs="Times New Roman"/>
          <w:color w:val="000000" w:themeColor="text1"/>
          <w:lang w:val="ca-ES"/>
        </w:rPr>
        <w:t xml:space="preserve"> </w:t>
      </w:r>
      <w:r w:rsidR="00B96D13" w:rsidRPr="0013710A">
        <w:rPr>
          <w:rFonts w:ascii="Times New Roman" w:hAnsi="Times New Roman" w:cs="Times New Roman"/>
          <w:color w:val="000000" w:themeColor="text1"/>
          <w:lang w:val="ca-ES"/>
        </w:rPr>
        <w:t xml:space="preserve">4; </w:t>
      </w:r>
      <w:r>
        <w:rPr>
          <w:rFonts w:ascii="Times New Roman" w:hAnsi="Times New Roman" w:cs="Times New Roman"/>
          <w:color w:val="000000" w:themeColor="text1"/>
          <w:lang w:val="ca-ES"/>
        </w:rPr>
        <w:t>Paraula</w:t>
      </w:r>
      <w:r w:rsidRPr="0013710A">
        <w:rPr>
          <w:rFonts w:ascii="Times New Roman" w:hAnsi="Times New Roman" w:cs="Times New Roman"/>
          <w:color w:val="000000" w:themeColor="text1"/>
          <w:lang w:val="ca-ES"/>
        </w:rPr>
        <w:t xml:space="preserve"> </w:t>
      </w:r>
      <w:r w:rsidR="00B96D13" w:rsidRPr="0013710A">
        <w:rPr>
          <w:rFonts w:ascii="Times New Roman" w:hAnsi="Times New Roman" w:cs="Times New Roman"/>
          <w:color w:val="000000" w:themeColor="text1"/>
          <w:lang w:val="ca-ES"/>
        </w:rPr>
        <w:t>5.</w:t>
      </w:r>
    </w:p>
    <w:p w14:paraId="0C10E087" w14:textId="6302D113" w:rsidR="00CC772B" w:rsidRPr="0013710A" w:rsidRDefault="0013710A" w:rsidP="00DC02D1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lang w:val="ca-ES"/>
        </w:rPr>
      </w:pPr>
      <w:r w:rsidRPr="0013710A">
        <w:rPr>
          <w:rFonts w:ascii="Times New Roman" w:hAnsi="Times New Roman" w:cs="Times New Roman"/>
          <w:b/>
          <w:color w:val="000000" w:themeColor="text1"/>
          <w:lang w:val="ca-ES"/>
        </w:rPr>
        <w:t>REFERÈNCIES</w:t>
      </w:r>
      <w:r w:rsidR="00D46157" w:rsidRPr="0013710A">
        <w:rPr>
          <w:rFonts w:ascii="Times New Roman" w:hAnsi="Times New Roman" w:cs="Times New Roman"/>
          <w:b/>
          <w:color w:val="000000" w:themeColor="text1"/>
          <w:lang w:val="ca-ES"/>
        </w:rPr>
        <w:t xml:space="preserve"> </w:t>
      </w:r>
      <w:r w:rsidRPr="0013710A">
        <w:rPr>
          <w:rFonts w:ascii="Times New Roman" w:hAnsi="Times New Roman" w:cs="Times New Roman"/>
          <w:b/>
          <w:color w:val="000000" w:themeColor="text1"/>
          <w:lang w:val="ca-ES"/>
        </w:rPr>
        <w:t>BIBLIOGRÀFIQUES</w:t>
      </w:r>
    </w:p>
    <w:p w14:paraId="2D0D4C65" w14:textId="4F4D4C71" w:rsidR="001E4786" w:rsidRPr="0013710A" w:rsidRDefault="00CC772B" w:rsidP="00DC02D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ca-ES"/>
        </w:rPr>
      </w:pPr>
      <w:proofErr w:type="spellStart"/>
      <w:r w:rsidRPr="0013710A">
        <w:rPr>
          <w:rFonts w:ascii="Times New Roman" w:hAnsi="Times New Roman" w:cs="Times New Roman"/>
          <w:color w:val="000000" w:themeColor="text1"/>
          <w:lang w:val="ca-ES"/>
        </w:rPr>
        <w:t>Xxxxx</w:t>
      </w:r>
      <w:proofErr w:type="spellEnd"/>
      <w:r w:rsidRPr="0013710A">
        <w:rPr>
          <w:rFonts w:ascii="Times New Roman" w:hAnsi="Times New Roman" w:cs="Times New Roman"/>
          <w:color w:val="000000" w:themeColor="text1"/>
          <w:lang w:val="ca-ES"/>
        </w:rPr>
        <w:t xml:space="preserve">. </w:t>
      </w:r>
      <w:proofErr w:type="spellStart"/>
      <w:r w:rsidRPr="0013710A">
        <w:rPr>
          <w:rFonts w:ascii="Times New Roman" w:hAnsi="Times New Roman" w:cs="Times New Roman"/>
          <w:color w:val="000000" w:themeColor="text1"/>
          <w:lang w:val="ca-ES"/>
        </w:rPr>
        <w:t>Xxxxx</w:t>
      </w:r>
      <w:proofErr w:type="spellEnd"/>
      <w:r w:rsidRPr="0013710A">
        <w:rPr>
          <w:rFonts w:ascii="Times New Roman" w:hAnsi="Times New Roman" w:cs="Times New Roman"/>
          <w:color w:val="000000" w:themeColor="text1"/>
          <w:lang w:val="ca-ES"/>
        </w:rPr>
        <w:t>….</w:t>
      </w:r>
    </w:p>
    <w:p w14:paraId="282DC90A" w14:textId="77777777" w:rsidR="00CC772B" w:rsidRPr="0013710A" w:rsidRDefault="00CC772B" w:rsidP="00DC02D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ca-ES"/>
        </w:rPr>
      </w:pPr>
      <w:proofErr w:type="spellStart"/>
      <w:r w:rsidRPr="0013710A">
        <w:rPr>
          <w:rFonts w:ascii="Times New Roman" w:hAnsi="Times New Roman" w:cs="Times New Roman"/>
          <w:color w:val="000000" w:themeColor="text1"/>
          <w:lang w:val="ca-ES"/>
        </w:rPr>
        <w:t>Xxxxx</w:t>
      </w:r>
      <w:proofErr w:type="spellEnd"/>
      <w:r w:rsidRPr="0013710A">
        <w:rPr>
          <w:rFonts w:ascii="Times New Roman" w:hAnsi="Times New Roman" w:cs="Times New Roman"/>
          <w:color w:val="000000" w:themeColor="text1"/>
          <w:lang w:val="ca-ES"/>
        </w:rPr>
        <w:t xml:space="preserve">. </w:t>
      </w:r>
      <w:proofErr w:type="spellStart"/>
      <w:r w:rsidRPr="0013710A">
        <w:rPr>
          <w:rFonts w:ascii="Times New Roman" w:hAnsi="Times New Roman" w:cs="Times New Roman"/>
          <w:color w:val="000000" w:themeColor="text1"/>
          <w:lang w:val="ca-ES"/>
        </w:rPr>
        <w:t>Xxxxx</w:t>
      </w:r>
      <w:proofErr w:type="spellEnd"/>
      <w:r w:rsidRPr="0013710A">
        <w:rPr>
          <w:rFonts w:ascii="Times New Roman" w:hAnsi="Times New Roman" w:cs="Times New Roman"/>
          <w:color w:val="000000" w:themeColor="text1"/>
          <w:lang w:val="ca-ES"/>
        </w:rPr>
        <w:t>….</w:t>
      </w:r>
    </w:p>
    <w:p w14:paraId="3D5CDD41" w14:textId="69C9CA6A" w:rsidR="00DC02D1" w:rsidRPr="0013710A" w:rsidRDefault="00CC772B" w:rsidP="00DC02D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ca-ES"/>
        </w:rPr>
      </w:pPr>
      <w:proofErr w:type="spellStart"/>
      <w:r w:rsidRPr="0013710A">
        <w:rPr>
          <w:rFonts w:ascii="Times New Roman" w:hAnsi="Times New Roman" w:cs="Times New Roman"/>
          <w:color w:val="000000" w:themeColor="text1"/>
          <w:lang w:val="ca-ES"/>
        </w:rPr>
        <w:t>Xxxxx</w:t>
      </w:r>
      <w:proofErr w:type="spellEnd"/>
      <w:r w:rsidRPr="0013710A">
        <w:rPr>
          <w:rFonts w:ascii="Times New Roman" w:hAnsi="Times New Roman" w:cs="Times New Roman"/>
          <w:color w:val="000000" w:themeColor="text1"/>
          <w:lang w:val="ca-ES"/>
        </w:rPr>
        <w:t xml:space="preserve">. </w:t>
      </w:r>
      <w:proofErr w:type="spellStart"/>
      <w:r w:rsidRPr="0013710A">
        <w:rPr>
          <w:rFonts w:ascii="Times New Roman" w:hAnsi="Times New Roman" w:cs="Times New Roman"/>
          <w:color w:val="000000" w:themeColor="text1"/>
          <w:lang w:val="ca-ES"/>
        </w:rPr>
        <w:t>Xxxxx</w:t>
      </w:r>
      <w:proofErr w:type="spellEnd"/>
      <w:r w:rsidRPr="0013710A">
        <w:rPr>
          <w:rFonts w:ascii="Times New Roman" w:hAnsi="Times New Roman" w:cs="Times New Roman"/>
          <w:color w:val="000000" w:themeColor="text1"/>
          <w:lang w:val="ca-ES"/>
        </w:rPr>
        <w:t>….</w:t>
      </w:r>
    </w:p>
    <w:p w14:paraId="170C78E2" w14:textId="106B1F92" w:rsidR="00DC02D1" w:rsidRPr="00586274" w:rsidRDefault="00D46157" w:rsidP="00836982">
      <w:pPr>
        <w:spacing w:line="240" w:lineRule="auto"/>
        <w:jc w:val="both"/>
        <w:rPr>
          <w:rFonts w:ascii="Times New Roman" w:hAnsi="Times New Roman" w:cs="Times New Roman"/>
          <w:i/>
          <w:iCs/>
          <w:color w:val="A40000"/>
          <w:lang w:val="ca-ES"/>
        </w:rPr>
      </w:pPr>
      <w:r w:rsidRPr="00586274">
        <w:rPr>
          <w:rFonts w:ascii="Times New Roman" w:hAnsi="Times New Roman" w:cs="Times New Roman"/>
          <w:b/>
          <w:bCs/>
          <w:i/>
          <w:iCs/>
          <w:color w:val="A40000"/>
          <w:lang w:val="ca-ES"/>
        </w:rPr>
        <w:t>Av</w:t>
      </w:r>
      <w:r w:rsidR="0013710A" w:rsidRPr="00586274">
        <w:rPr>
          <w:rFonts w:ascii="Times New Roman" w:hAnsi="Times New Roman" w:cs="Times New Roman"/>
          <w:b/>
          <w:bCs/>
          <w:i/>
          <w:iCs/>
          <w:color w:val="A40000"/>
          <w:lang w:val="ca-ES"/>
        </w:rPr>
        <w:t>ís</w:t>
      </w:r>
      <w:r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: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Es</w:t>
      </w:r>
      <w:r w:rsidR="00AE1DDA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recom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ana </w:t>
      </w:r>
      <w:r w:rsidR="00AE1DDA" w:rsidRPr="00586274">
        <w:rPr>
          <w:rFonts w:ascii="Times New Roman" w:hAnsi="Times New Roman" w:cs="Times New Roman"/>
          <w:i/>
          <w:iCs/>
          <w:color w:val="A40000"/>
          <w:lang w:val="ca-ES"/>
        </w:rPr>
        <w:t>que l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e</w:t>
      </w:r>
      <w:r w:rsidR="00AE1DDA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s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referències</w:t>
      </w:r>
      <w:r w:rsidR="00AE1DDA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e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s</w:t>
      </w:r>
      <w:r w:rsidR="00AE1DDA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present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i</w:t>
      </w:r>
      <w:r w:rsidR="00AE1DDA" w:rsidRPr="00586274">
        <w:rPr>
          <w:rFonts w:ascii="Times New Roman" w:hAnsi="Times New Roman" w:cs="Times New Roman"/>
          <w:i/>
          <w:iCs/>
          <w:color w:val="A40000"/>
          <w:lang w:val="ca-ES"/>
        </w:rPr>
        <w:t>n en formato APA (7</w:t>
      </w:r>
      <w:r w:rsidR="00885FEF" w:rsidRPr="00586274">
        <w:rPr>
          <w:rFonts w:ascii="Times New Roman" w:hAnsi="Times New Roman" w:cs="Times New Roman"/>
          <w:i/>
          <w:iCs/>
          <w:color w:val="A40000"/>
          <w:lang w:val="ca-ES"/>
        </w:rPr>
        <w:t>a</w:t>
      </w:r>
      <w:r w:rsidR="00AE1DDA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ed.)</w:t>
      </w:r>
      <w:r w:rsidR="00CC772B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.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Els</w:t>
      </w:r>
      <w:r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següents</w:t>
      </w:r>
      <w:r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exemples</w:t>
      </w:r>
      <w:r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s</w:t>
      </w:r>
      <w:r w:rsidR="00765FA0" w:rsidRPr="00586274">
        <w:rPr>
          <w:rFonts w:ascii="Times New Roman" w:hAnsi="Times New Roman" w:cs="Times New Roman"/>
          <w:i/>
          <w:iCs/>
          <w:color w:val="A40000"/>
          <w:lang w:val="ca-ES"/>
        </w:rPr>
        <w:t>ó</w:t>
      </w:r>
      <w:r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n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models</w:t>
      </w:r>
      <w:r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orientati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u</w:t>
      </w:r>
      <w:r w:rsidRPr="00586274">
        <w:rPr>
          <w:rFonts w:ascii="Times New Roman" w:hAnsi="Times New Roman" w:cs="Times New Roman"/>
          <w:i/>
          <w:iCs/>
          <w:color w:val="A40000"/>
          <w:lang w:val="ca-ES"/>
        </w:rPr>
        <w:t>s</w:t>
      </w:r>
      <w:r w:rsidR="00CC772B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.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Substitueix</w:t>
      </w:r>
      <w:r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autor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s/</w:t>
      </w:r>
      <w:r w:rsidRPr="00586274">
        <w:rPr>
          <w:rFonts w:ascii="Times New Roman" w:hAnsi="Times New Roman" w:cs="Times New Roman"/>
          <w:i/>
          <w:iCs/>
          <w:color w:val="A40000"/>
          <w:lang w:val="ca-ES"/>
        </w:rPr>
        <w:t>es, a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ny</w:t>
      </w:r>
      <w:r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,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títol</w:t>
      </w:r>
      <w:r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,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font i</w:t>
      </w:r>
      <w:r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DOI/URL p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e</w:t>
      </w:r>
      <w:r w:rsidRPr="00586274">
        <w:rPr>
          <w:rFonts w:ascii="Times New Roman" w:hAnsi="Times New Roman" w:cs="Times New Roman"/>
          <w:i/>
          <w:iCs/>
          <w:color w:val="A40000"/>
          <w:lang w:val="ca-ES"/>
        </w:rPr>
        <w:t>r l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e</w:t>
      </w:r>
      <w:r w:rsidRPr="00586274">
        <w:rPr>
          <w:rFonts w:ascii="Times New Roman" w:hAnsi="Times New Roman" w:cs="Times New Roman"/>
          <w:i/>
          <w:iCs/>
          <w:color w:val="A40000"/>
          <w:lang w:val="ca-ES"/>
        </w:rPr>
        <w:t>s da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de</w:t>
      </w:r>
      <w:r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s reals. </w:t>
      </w:r>
      <w:r w:rsidR="00CC772B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No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hi ha</w:t>
      </w:r>
      <w:r w:rsidR="00CC772B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 límits de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referències</w:t>
      </w:r>
      <w:r w:rsidR="00CC772B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.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S’han d’ordenar alfabèticament</w:t>
      </w:r>
      <w:r w:rsidR="00CC772B" w:rsidRPr="00586274">
        <w:rPr>
          <w:rFonts w:ascii="Times New Roman" w:hAnsi="Times New Roman" w:cs="Times New Roman"/>
          <w:i/>
          <w:iCs/>
          <w:color w:val="A40000"/>
          <w:lang w:val="ca-ES"/>
        </w:rPr>
        <w:t xml:space="preserve">. </w:t>
      </w:r>
      <w:r w:rsidR="0013710A" w:rsidRPr="00586274">
        <w:rPr>
          <w:rFonts w:ascii="Times New Roman" w:hAnsi="Times New Roman" w:cs="Times New Roman"/>
          <w:i/>
          <w:iCs/>
          <w:color w:val="A40000"/>
          <w:lang w:val="ca-ES"/>
        </w:rPr>
        <w:t>Exemples</w:t>
      </w:r>
      <w:r w:rsidR="009E0B29" w:rsidRPr="00586274">
        <w:rPr>
          <w:rFonts w:ascii="Times New Roman" w:hAnsi="Times New Roman" w:cs="Times New Roman"/>
          <w:i/>
          <w:iCs/>
          <w:color w:val="A40000"/>
          <w:lang w:val="ca-ES"/>
        </w:rPr>
        <w:t>:</w:t>
      </w:r>
    </w:p>
    <w:p w14:paraId="3BC0FB65" w14:textId="3869AAD6" w:rsidR="001E4786" w:rsidRPr="00765FA0" w:rsidRDefault="00765FA0" w:rsidP="0083698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ca-ES"/>
        </w:rPr>
      </w:pPr>
      <w:r w:rsidRPr="00765FA0">
        <w:rPr>
          <w:rFonts w:ascii="Times New Roman" w:hAnsi="Times New Roman" w:cs="Times New Roman"/>
          <w:b/>
          <w:bCs/>
          <w:color w:val="000000" w:themeColor="text1"/>
          <w:lang w:val="ca-ES"/>
        </w:rPr>
        <w:t>Article</w:t>
      </w:r>
      <w:r w:rsidR="00D46157" w:rsidRPr="00765FA0">
        <w:rPr>
          <w:rFonts w:ascii="Times New Roman" w:hAnsi="Times New Roman" w:cs="Times New Roman"/>
          <w:b/>
          <w:bCs/>
          <w:color w:val="000000" w:themeColor="text1"/>
          <w:lang w:val="ca-ES"/>
        </w:rPr>
        <w:t xml:space="preserve"> de revista (</w:t>
      </w:r>
      <w:r w:rsidRPr="00765FA0">
        <w:rPr>
          <w:rFonts w:ascii="Times New Roman" w:hAnsi="Times New Roman" w:cs="Times New Roman"/>
          <w:b/>
          <w:bCs/>
          <w:color w:val="000000" w:themeColor="text1"/>
          <w:lang w:val="ca-ES"/>
        </w:rPr>
        <w:t>amb</w:t>
      </w:r>
      <w:r w:rsidR="00D46157" w:rsidRPr="00765FA0">
        <w:rPr>
          <w:rFonts w:ascii="Times New Roman" w:hAnsi="Times New Roman" w:cs="Times New Roman"/>
          <w:b/>
          <w:bCs/>
          <w:color w:val="000000" w:themeColor="text1"/>
          <w:lang w:val="ca-ES"/>
        </w:rPr>
        <w:t xml:space="preserve"> DOI)</w:t>
      </w:r>
      <w:r w:rsidR="00D46157" w:rsidRPr="00765FA0">
        <w:rPr>
          <w:rFonts w:ascii="Times New Roman" w:hAnsi="Times New Roman" w:cs="Times New Roman"/>
          <w:color w:val="000000" w:themeColor="text1"/>
          <w:lang w:val="ca-ES"/>
        </w:rPr>
        <w:t xml:space="preserve">: </w:t>
      </w:r>
      <w:r w:rsidRPr="00765FA0">
        <w:rPr>
          <w:rFonts w:ascii="Times New Roman" w:hAnsi="Times New Roman" w:cs="Times New Roman"/>
          <w:color w:val="000000" w:themeColor="text1"/>
          <w:lang w:val="ca-ES"/>
        </w:rPr>
        <w:t>Cognom</w:t>
      </w:r>
      <w:r w:rsidR="00D46157" w:rsidRPr="00765FA0">
        <w:rPr>
          <w:rFonts w:ascii="Times New Roman" w:hAnsi="Times New Roman" w:cs="Times New Roman"/>
          <w:color w:val="000000" w:themeColor="text1"/>
          <w:lang w:val="ca-ES"/>
        </w:rPr>
        <w:t xml:space="preserve">, N. N., &amp; </w:t>
      </w:r>
      <w:r w:rsidRPr="00765FA0">
        <w:rPr>
          <w:rFonts w:ascii="Times New Roman" w:hAnsi="Times New Roman" w:cs="Times New Roman"/>
          <w:color w:val="000000" w:themeColor="text1"/>
          <w:lang w:val="ca-ES"/>
        </w:rPr>
        <w:t>Cognom</w:t>
      </w:r>
      <w:r w:rsidR="00D46157" w:rsidRPr="00765FA0">
        <w:rPr>
          <w:rFonts w:ascii="Times New Roman" w:hAnsi="Times New Roman" w:cs="Times New Roman"/>
          <w:color w:val="000000" w:themeColor="text1"/>
          <w:lang w:val="ca-ES"/>
        </w:rPr>
        <w:t>, N. N. (A</w:t>
      </w:r>
      <w:r w:rsidRPr="00765FA0">
        <w:rPr>
          <w:rFonts w:ascii="Times New Roman" w:hAnsi="Times New Roman" w:cs="Times New Roman"/>
          <w:color w:val="000000" w:themeColor="text1"/>
          <w:lang w:val="ca-ES"/>
        </w:rPr>
        <w:t>ny</w:t>
      </w:r>
      <w:r w:rsidR="00D46157" w:rsidRPr="00765FA0">
        <w:rPr>
          <w:rFonts w:ascii="Times New Roman" w:hAnsi="Times New Roman" w:cs="Times New Roman"/>
          <w:color w:val="000000" w:themeColor="text1"/>
          <w:lang w:val="ca-ES"/>
        </w:rPr>
        <w:t xml:space="preserve">). </w:t>
      </w:r>
      <w:r w:rsidRPr="00765FA0">
        <w:rPr>
          <w:rFonts w:ascii="Times New Roman" w:hAnsi="Times New Roman" w:cs="Times New Roman"/>
          <w:color w:val="000000" w:themeColor="text1"/>
          <w:lang w:val="ca-ES"/>
        </w:rPr>
        <w:t>Títol</w:t>
      </w:r>
      <w:r w:rsidR="00D46157" w:rsidRPr="00765FA0">
        <w:rPr>
          <w:rFonts w:ascii="Times New Roman" w:hAnsi="Times New Roman" w:cs="Times New Roman"/>
          <w:color w:val="000000" w:themeColor="text1"/>
          <w:lang w:val="ca-ES"/>
        </w:rPr>
        <w:t xml:space="preserve"> de</w:t>
      </w:r>
      <w:r w:rsidRPr="00765FA0">
        <w:rPr>
          <w:rFonts w:ascii="Times New Roman" w:hAnsi="Times New Roman" w:cs="Times New Roman"/>
          <w:color w:val="000000" w:themeColor="text1"/>
          <w:lang w:val="ca-ES"/>
        </w:rPr>
        <w:t xml:space="preserve"> </w:t>
      </w:r>
      <w:r w:rsidR="00D46157" w:rsidRPr="00765FA0">
        <w:rPr>
          <w:rFonts w:ascii="Times New Roman" w:hAnsi="Times New Roman" w:cs="Times New Roman"/>
          <w:color w:val="000000" w:themeColor="text1"/>
          <w:lang w:val="ca-ES"/>
        </w:rPr>
        <w:t>l</w:t>
      </w:r>
      <w:r w:rsidRPr="00765FA0">
        <w:rPr>
          <w:rFonts w:ascii="Times New Roman" w:hAnsi="Times New Roman" w:cs="Times New Roman"/>
          <w:color w:val="000000" w:themeColor="text1"/>
          <w:lang w:val="ca-ES"/>
        </w:rPr>
        <w:t xml:space="preserve">’article </w:t>
      </w:r>
      <w:r w:rsidR="00D46157" w:rsidRPr="00765FA0">
        <w:rPr>
          <w:rFonts w:ascii="Times New Roman" w:hAnsi="Times New Roman" w:cs="Times New Roman"/>
          <w:color w:val="000000" w:themeColor="text1"/>
          <w:lang w:val="ca-ES"/>
        </w:rPr>
        <w:t xml:space="preserve">en estil oració. </w:t>
      </w:r>
      <w:r w:rsidRPr="00765FA0">
        <w:rPr>
          <w:rFonts w:ascii="Times New Roman" w:hAnsi="Times New Roman" w:cs="Times New Roman"/>
          <w:i/>
          <w:iCs/>
          <w:color w:val="000000" w:themeColor="text1"/>
          <w:lang w:val="ca-ES"/>
        </w:rPr>
        <w:t>Títol</w:t>
      </w:r>
      <w:r w:rsidR="00D46157" w:rsidRPr="00765FA0">
        <w:rPr>
          <w:rFonts w:ascii="Times New Roman" w:hAnsi="Times New Roman" w:cs="Times New Roman"/>
          <w:i/>
          <w:iCs/>
          <w:color w:val="000000" w:themeColor="text1"/>
          <w:lang w:val="ca-ES"/>
        </w:rPr>
        <w:t xml:space="preserve"> de la Revista, volum</w:t>
      </w:r>
      <w:r w:rsidR="00885FEF">
        <w:rPr>
          <w:rFonts w:ascii="Times New Roman" w:hAnsi="Times New Roman" w:cs="Times New Roman"/>
          <w:i/>
          <w:iCs/>
          <w:color w:val="000000" w:themeColor="text1"/>
          <w:lang w:val="ca-ES"/>
        </w:rPr>
        <w:t xml:space="preserve"> </w:t>
      </w:r>
      <w:r w:rsidR="00D46157" w:rsidRPr="00765FA0">
        <w:rPr>
          <w:rFonts w:ascii="Times New Roman" w:hAnsi="Times New Roman" w:cs="Times New Roman"/>
          <w:color w:val="000000" w:themeColor="text1"/>
          <w:lang w:val="ca-ES"/>
        </w:rPr>
        <w:t>(número), xx–xx. https://doi.org/xxxxx</w:t>
      </w:r>
    </w:p>
    <w:p w14:paraId="75791400" w14:textId="312E91D9" w:rsidR="001E4786" w:rsidRPr="00765FA0" w:rsidRDefault="00765FA0" w:rsidP="0083698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ca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ca-ES"/>
        </w:rPr>
        <w:t>Llibre</w:t>
      </w:r>
      <w:r w:rsidR="00D46157" w:rsidRPr="00765FA0">
        <w:rPr>
          <w:rFonts w:ascii="Times New Roman" w:hAnsi="Times New Roman" w:cs="Times New Roman"/>
          <w:color w:val="000000" w:themeColor="text1"/>
          <w:lang w:val="ca-ES"/>
        </w:rPr>
        <w:t xml:space="preserve">: </w:t>
      </w:r>
      <w:r>
        <w:rPr>
          <w:rFonts w:ascii="Times New Roman" w:hAnsi="Times New Roman" w:cs="Times New Roman"/>
          <w:color w:val="000000" w:themeColor="text1"/>
          <w:lang w:val="ca-ES"/>
        </w:rPr>
        <w:t>Cognom</w:t>
      </w:r>
      <w:r w:rsidR="00D46157" w:rsidRPr="00765FA0">
        <w:rPr>
          <w:rFonts w:ascii="Times New Roman" w:hAnsi="Times New Roman" w:cs="Times New Roman"/>
          <w:color w:val="000000" w:themeColor="text1"/>
          <w:lang w:val="ca-ES"/>
        </w:rPr>
        <w:t xml:space="preserve">, </w:t>
      </w:r>
      <w:r w:rsidR="00B96D13" w:rsidRPr="00765FA0">
        <w:rPr>
          <w:rFonts w:ascii="Times New Roman" w:hAnsi="Times New Roman" w:cs="Times New Roman"/>
          <w:color w:val="000000" w:themeColor="text1"/>
          <w:lang w:val="ca-ES"/>
        </w:rPr>
        <w:t>N</w:t>
      </w:r>
      <w:r w:rsidR="00D46157" w:rsidRPr="00765FA0">
        <w:rPr>
          <w:rFonts w:ascii="Times New Roman" w:hAnsi="Times New Roman" w:cs="Times New Roman"/>
          <w:color w:val="000000" w:themeColor="text1"/>
          <w:lang w:val="ca-ES"/>
        </w:rPr>
        <w:t xml:space="preserve">. </w:t>
      </w:r>
      <w:r w:rsidR="00B96D13" w:rsidRPr="00765FA0">
        <w:rPr>
          <w:rFonts w:ascii="Times New Roman" w:hAnsi="Times New Roman" w:cs="Times New Roman"/>
          <w:color w:val="000000" w:themeColor="text1"/>
          <w:lang w:val="ca-ES"/>
        </w:rPr>
        <w:t>N</w:t>
      </w:r>
      <w:r w:rsidR="00D46157" w:rsidRPr="00765FA0">
        <w:rPr>
          <w:rFonts w:ascii="Times New Roman" w:hAnsi="Times New Roman" w:cs="Times New Roman"/>
          <w:color w:val="000000" w:themeColor="text1"/>
          <w:lang w:val="ca-ES"/>
        </w:rPr>
        <w:t>. (</w:t>
      </w:r>
      <w:r>
        <w:rPr>
          <w:rFonts w:ascii="Times New Roman" w:hAnsi="Times New Roman" w:cs="Times New Roman"/>
          <w:color w:val="000000" w:themeColor="text1"/>
          <w:lang w:val="ca-ES"/>
        </w:rPr>
        <w:t>Any</w:t>
      </w:r>
      <w:r w:rsidR="00D46157" w:rsidRPr="00765FA0">
        <w:rPr>
          <w:rFonts w:ascii="Times New Roman" w:hAnsi="Times New Roman" w:cs="Times New Roman"/>
          <w:color w:val="000000" w:themeColor="text1"/>
          <w:lang w:val="ca-ES"/>
        </w:rPr>
        <w:t xml:space="preserve">). </w:t>
      </w:r>
      <w:r w:rsidRPr="00277F42">
        <w:rPr>
          <w:rFonts w:ascii="Times New Roman" w:hAnsi="Times New Roman" w:cs="Times New Roman"/>
          <w:color w:val="000000" w:themeColor="text1"/>
          <w:lang w:val="ca-ES"/>
        </w:rPr>
        <w:t>Títol</w:t>
      </w:r>
      <w:r w:rsidR="00D46157" w:rsidRPr="00277F42">
        <w:rPr>
          <w:rFonts w:ascii="Times New Roman" w:hAnsi="Times New Roman" w:cs="Times New Roman"/>
          <w:color w:val="000000" w:themeColor="text1"/>
          <w:lang w:val="ca-ES"/>
        </w:rPr>
        <w:t xml:space="preserve"> del </w:t>
      </w:r>
      <w:r w:rsidRPr="00277F42">
        <w:rPr>
          <w:rFonts w:ascii="Times New Roman" w:hAnsi="Times New Roman" w:cs="Times New Roman"/>
          <w:color w:val="000000" w:themeColor="text1"/>
          <w:lang w:val="ca-ES"/>
        </w:rPr>
        <w:t>llibre</w:t>
      </w:r>
      <w:r w:rsidR="00D46157" w:rsidRPr="00277F42">
        <w:rPr>
          <w:rFonts w:ascii="Times New Roman" w:hAnsi="Times New Roman" w:cs="Times New Roman"/>
          <w:color w:val="000000" w:themeColor="text1"/>
          <w:lang w:val="ca-ES"/>
        </w:rPr>
        <w:t xml:space="preserve">: </w:t>
      </w:r>
      <w:r w:rsidRPr="00277F42">
        <w:rPr>
          <w:rFonts w:ascii="Times New Roman" w:hAnsi="Times New Roman" w:cs="Times New Roman"/>
          <w:color w:val="000000" w:themeColor="text1"/>
          <w:lang w:val="ca-ES"/>
        </w:rPr>
        <w:t>Subtítol</w:t>
      </w:r>
      <w:r w:rsidR="00D46157" w:rsidRPr="00765FA0">
        <w:rPr>
          <w:rFonts w:ascii="Times New Roman" w:hAnsi="Times New Roman" w:cs="Times New Roman"/>
          <w:color w:val="000000" w:themeColor="text1"/>
          <w:lang w:val="ca-ES"/>
        </w:rPr>
        <w:t>. Editorial.</w:t>
      </w:r>
    </w:p>
    <w:p w14:paraId="04F3025E" w14:textId="2F754A97" w:rsidR="00330921" w:rsidRPr="00765FA0" w:rsidRDefault="00765FA0" w:rsidP="00765FA0">
      <w:pPr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lang w:val="ca-ES"/>
        </w:rPr>
      </w:pPr>
      <w:r>
        <w:rPr>
          <w:rFonts w:ascii="Times New Roman" w:hAnsi="Times New Roman" w:cs="Times New Roman"/>
          <w:color w:val="000000" w:themeColor="text1"/>
          <w:lang w:val="ca-ES"/>
        </w:rPr>
        <w:t>Cognom</w:t>
      </w:r>
      <w:r w:rsidR="00330921" w:rsidRPr="00765FA0">
        <w:rPr>
          <w:rFonts w:ascii="Times New Roman" w:hAnsi="Times New Roman" w:cs="Times New Roman"/>
          <w:color w:val="000000" w:themeColor="text1"/>
          <w:lang w:val="ca-ES"/>
        </w:rPr>
        <w:t xml:space="preserve">, </w:t>
      </w:r>
      <w:r>
        <w:rPr>
          <w:rFonts w:ascii="Times New Roman" w:hAnsi="Times New Roman" w:cs="Times New Roman"/>
          <w:color w:val="000000" w:themeColor="text1"/>
          <w:lang w:val="ca-ES"/>
        </w:rPr>
        <w:t>N</w:t>
      </w:r>
      <w:r w:rsidR="00330921" w:rsidRPr="00765FA0">
        <w:rPr>
          <w:rFonts w:ascii="Times New Roman" w:hAnsi="Times New Roman" w:cs="Times New Roman"/>
          <w:color w:val="000000" w:themeColor="text1"/>
          <w:lang w:val="ca-ES"/>
        </w:rPr>
        <w:t xml:space="preserve">. </w:t>
      </w:r>
      <w:r>
        <w:rPr>
          <w:rFonts w:ascii="Times New Roman" w:hAnsi="Times New Roman" w:cs="Times New Roman"/>
          <w:color w:val="000000" w:themeColor="text1"/>
          <w:lang w:val="ca-ES"/>
        </w:rPr>
        <w:t>N</w:t>
      </w:r>
      <w:r w:rsidR="00330921" w:rsidRPr="00765FA0">
        <w:rPr>
          <w:rFonts w:ascii="Times New Roman" w:hAnsi="Times New Roman" w:cs="Times New Roman"/>
          <w:color w:val="000000" w:themeColor="text1"/>
          <w:lang w:val="ca-ES"/>
        </w:rPr>
        <w:t>. (</w:t>
      </w:r>
      <w:r>
        <w:rPr>
          <w:rFonts w:ascii="Times New Roman" w:hAnsi="Times New Roman" w:cs="Times New Roman"/>
          <w:color w:val="000000" w:themeColor="text1"/>
          <w:lang w:val="ca-ES"/>
        </w:rPr>
        <w:t>Any</w:t>
      </w:r>
      <w:r w:rsidR="00330921" w:rsidRPr="00765FA0">
        <w:rPr>
          <w:rFonts w:ascii="Times New Roman" w:hAnsi="Times New Roman" w:cs="Times New Roman"/>
          <w:color w:val="000000" w:themeColor="text1"/>
          <w:lang w:val="ca-ES"/>
        </w:rPr>
        <w:t xml:space="preserve">). </w:t>
      </w:r>
      <w:r w:rsidRPr="00765FA0">
        <w:rPr>
          <w:rFonts w:ascii="Times New Roman" w:hAnsi="Times New Roman" w:cs="Times New Roman"/>
          <w:color w:val="000000" w:themeColor="text1"/>
          <w:lang w:val="ca-ES"/>
        </w:rPr>
        <w:t>Títol</w:t>
      </w:r>
      <w:r w:rsidR="00330921" w:rsidRPr="00765FA0">
        <w:rPr>
          <w:rFonts w:ascii="Times New Roman" w:hAnsi="Times New Roman" w:cs="Times New Roman"/>
          <w:color w:val="000000" w:themeColor="text1"/>
          <w:lang w:val="ca-ES"/>
        </w:rPr>
        <w:t xml:space="preserve"> del </w:t>
      </w:r>
      <w:r w:rsidRPr="00765FA0">
        <w:rPr>
          <w:rFonts w:ascii="Times New Roman" w:hAnsi="Times New Roman" w:cs="Times New Roman"/>
          <w:color w:val="000000" w:themeColor="text1"/>
          <w:lang w:val="ca-ES"/>
        </w:rPr>
        <w:t>capítol</w:t>
      </w:r>
      <w:r w:rsidR="00330921" w:rsidRPr="00765FA0">
        <w:rPr>
          <w:rFonts w:ascii="Times New Roman" w:hAnsi="Times New Roman" w:cs="Times New Roman"/>
          <w:color w:val="000000" w:themeColor="text1"/>
          <w:lang w:val="ca-ES"/>
        </w:rPr>
        <w:t xml:space="preserve"> </w:t>
      </w:r>
      <w:r w:rsidR="00885FEF">
        <w:rPr>
          <w:rFonts w:ascii="Times New Roman" w:hAnsi="Times New Roman" w:cs="Times New Roman"/>
          <w:color w:val="000000" w:themeColor="text1"/>
          <w:lang w:val="ca-ES"/>
        </w:rPr>
        <w:t>a</w:t>
      </w:r>
      <w:r w:rsidR="00330921" w:rsidRPr="00765FA0">
        <w:rPr>
          <w:rFonts w:ascii="Times New Roman" w:hAnsi="Times New Roman" w:cs="Times New Roman"/>
          <w:color w:val="000000" w:themeColor="text1"/>
          <w:lang w:val="ca-ES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ca-ES"/>
        </w:rPr>
        <w:t>N</w:t>
      </w:r>
      <w:r w:rsidR="00330921" w:rsidRPr="00765FA0">
        <w:rPr>
          <w:rFonts w:ascii="Times New Roman" w:hAnsi="Times New Roman" w:cs="Times New Roman"/>
          <w:color w:val="000000" w:themeColor="text1"/>
          <w:lang w:val="ca-ES"/>
        </w:rPr>
        <w:t xml:space="preserve">. </w:t>
      </w:r>
      <w:r>
        <w:rPr>
          <w:rFonts w:ascii="Times New Roman" w:hAnsi="Times New Roman" w:cs="Times New Roman"/>
          <w:color w:val="000000" w:themeColor="text1"/>
          <w:lang w:val="ca-ES"/>
        </w:rPr>
        <w:t>Cognom</w:t>
      </w:r>
      <w:r w:rsidR="00330921" w:rsidRPr="00765FA0">
        <w:rPr>
          <w:rFonts w:ascii="Times New Roman" w:hAnsi="Times New Roman" w:cs="Times New Roman"/>
          <w:color w:val="000000" w:themeColor="text1"/>
          <w:lang w:val="ca-ES"/>
        </w:rPr>
        <w:t xml:space="preserve"> &amp; </w:t>
      </w:r>
      <w:r>
        <w:rPr>
          <w:rFonts w:ascii="Times New Roman" w:hAnsi="Times New Roman" w:cs="Times New Roman"/>
          <w:color w:val="000000" w:themeColor="text1"/>
          <w:lang w:val="ca-ES"/>
        </w:rPr>
        <w:t>N</w:t>
      </w:r>
      <w:r w:rsidR="00330921" w:rsidRPr="00765FA0">
        <w:rPr>
          <w:rFonts w:ascii="Times New Roman" w:hAnsi="Times New Roman" w:cs="Times New Roman"/>
          <w:color w:val="000000" w:themeColor="text1"/>
          <w:lang w:val="ca-ES"/>
        </w:rPr>
        <w:t xml:space="preserve">. </w:t>
      </w:r>
      <w:r>
        <w:rPr>
          <w:rFonts w:ascii="Times New Roman" w:hAnsi="Times New Roman" w:cs="Times New Roman"/>
          <w:color w:val="000000" w:themeColor="text1"/>
          <w:lang w:val="ca-ES"/>
        </w:rPr>
        <w:t>Cognom</w:t>
      </w:r>
      <w:r w:rsidR="00330921" w:rsidRPr="00765FA0">
        <w:rPr>
          <w:rFonts w:ascii="Times New Roman" w:hAnsi="Times New Roman" w:cs="Times New Roman"/>
          <w:color w:val="000000" w:themeColor="text1"/>
          <w:lang w:val="ca-ES"/>
        </w:rPr>
        <w:t xml:space="preserve"> (Ed.), </w:t>
      </w:r>
      <w:r w:rsidRPr="00765FA0">
        <w:rPr>
          <w:rFonts w:ascii="Times New Roman" w:hAnsi="Times New Roman" w:cs="Times New Roman"/>
          <w:i/>
          <w:iCs/>
          <w:color w:val="000000" w:themeColor="text1"/>
          <w:lang w:val="ca-ES"/>
        </w:rPr>
        <w:t>Títol</w:t>
      </w:r>
      <w:r w:rsidR="00330921" w:rsidRPr="00765FA0">
        <w:rPr>
          <w:rFonts w:ascii="Times New Roman" w:hAnsi="Times New Roman" w:cs="Times New Roman"/>
          <w:i/>
          <w:iCs/>
          <w:color w:val="000000" w:themeColor="text1"/>
          <w:lang w:val="ca-ES"/>
        </w:rPr>
        <w:t xml:space="preserve"> del </w:t>
      </w:r>
      <w:r w:rsidR="00885FEF" w:rsidRPr="00765FA0">
        <w:rPr>
          <w:rFonts w:ascii="Times New Roman" w:hAnsi="Times New Roman" w:cs="Times New Roman"/>
          <w:i/>
          <w:iCs/>
          <w:color w:val="000000" w:themeColor="text1"/>
          <w:lang w:val="ca-ES"/>
        </w:rPr>
        <w:t>l</w:t>
      </w:r>
      <w:r w:rsidR="00885FEF">
        <w:rPr>
          <w:rFonts w:ascii="Times New Roman" w:hAnsi="Times New Roman" w:cs="Times New Roman"/>
          <w:i/>
          <w:iCs/>
          <w:color w:val="000000" w:themeColor="text1"/>
          <w:lang w:val="ca-ES"/>
        </w:rPr>
        <w:t>libre</w:t>
      </w:r>
      <w:r w:rsidR="00330921" w:rsidRPr="00765FA0">
        <w:rPr>
          <w:rFonts w:ascii="Times New Roman" w:hAnsi="Times New Roman" w:cs="Times New Roman"/>
          <w:i/>
          <w:iCs/>
          <w:color w:val="000000" w:themeColor="text1"/>
          <w:lang w:val="ca-ES"/>
        </w:rPr>
        <w:t xml:space="preserve"> </w:t>
      </w:r>
      <w:r w:rsidR="00330921" w:rsidRPr="00765FA0">
        <w:rPr>
          <w:rFonts w:ascii="Times New Roman" w:hAnsi="Times New Roman" w:cs="Times New Roman"/>
          <w:color w:val="000000" w:themeColor="text1"/>
          <w:lang w:val="ca-ES"/>
        </w:rPr>
        <w:t>(</w:t>
      </w:r>
      <w:proofErr w:type="spellStart"/>
      <w:r w:rsidR="00330921" w:rsidRPr="00765FA0">
        <w:rPr>
          <w:rFonts w:ascii="Times New Roman" w:hAnsi="Times New Roman" w:cs="Times New Roman"/>
          <w:color w:val="000000" w:themeColor="text1"/>
          <w:lang w:val="ca-ES"/>
        </w:rPr>
        <w:t>pp</w:t>
      </w:r>
      <w:proofErr w:type="spellEnd"/>
      <w:r w:rsidR="00330921" w:rsidRPr="00765FA0">
        <w:rPr>
          <w:rFonts w:ascii="Times New Roman" w:hAnsi="Times New Roman" w:cs="Times New Roman"/>
          <w:color w:val="000000" w:themeColor="text1"/>
          <w:lang w:val="ca-ES"/>
        </w:rPr>
        <w:t>. xx–xx). Editorial.</w:t>
      </w:r>
    </w:p>
    <w:p w14:paraId="2F5EC864" w14:textId="77CEF402" w:rsidR="00A673A9" w:rsidRPr="00765FA0" w:rsidRDefault="00885FEF" w:rsidP="0083698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lang w:val="ca-ES"/>
        </w:rPr>
      </w:pPr>
      <w:r w:rsidRPr="00765FA0">
        <w:rPr>
          <w:rFonts w:ascii="Times New Roman" w:hAnsi="Times New Roman" w:cs="Times New Roman"/>
          <w:b/>
          <w:bCs/>
          <w:color w:val="000000" w:themeColor="text1"/>
          <w:lang w:val="ca-ES"/>
        </w:rPr>
        <w:t>Notícia</w:t>
      </w:r>
      <w:r w:rsidR="00D46157" w:rsidRPr="00765FA0">
        <w:rPr>
          <w:rFonts w:ascii="Times New Roman" w:hAnsi="Times New Roman" w:cs="Times New Roman"/>
          <w:b/>
          <w:bCs/>
          <w:color w:val="000000" w:themeColor="text1"/>
          <w:lang w:val="ca-ES"/>
        </w:rPr>
        <w:t xml:space="preserve"> (</w:t>
      </w:r>
      <w:r w:rsidRPr="00765FA0">
        <w:rPr>
          <w:rFonts w:ascii="Times New Roman" w:hAnsi="Times New Roman" w:cs="Times New Roman"/>
          <w:b/>
          <w:bCs/>
          <w:color w:val="000000" w:themeColor="text1"/>
          <w:lang w:val="ca-ES"/>
        </w:rPr>
        <w:t>premsa</w:t>
      </w:r>
      <w:r w:rsidR="00D46157" w:rsidRPr="00765FA0">
        <w:rPr>
          <w:rFonts w:ascii="Times New Roman" w:hAnsi="Times New Roman" w:cs="Times New Roman"/>
          <w:b/>
          <w:bCs/>
          <w:color w:val="000000" w:themeColor="text1"/>
          <w:lang w:val="ca-ES"/>
        </w:rPr>
        <w:t xml:space="preserve"> online)</w:t>
      </w:r>
      <w:r w:rsidR="00D46157" w:rsidRPr="00765FA0">
        <w:rPr>
          <w:rFonts w:ascii="Times New Roman" w:hAnsi="Times New Roman" w:cs="Times New Roman"/>
          <w:color w:val="000000" w:themeColor="text1"/>
          <w:lang w:val="ca-ES"/>
        </w:rPr>
        <w:t xml:space="preserve">: </w:t>
      </w:r>
      <w:r>
        <w:rPr>
          <w:rFonts w:ascii="Times New Roman" w:hAnsi="Times New Roman" w:cs="Times New Roman"/>
          <w:color w:val="000000" w:themeColor="text1"/>
          <w:lang w:val="ca-ES"/>
        </w:rPr>
        <w:t>Cognom</w:t>
      </w:r>
      <w:r w:rsidR="00D46157" w:rsidRPr="00765FA0">
        <w:rPr>
          <w:rFonts w:ascii="Times New Roman" w:hAnsi="Times New Roman" w:cs="Times New Roman"/>
          <w:color w:val="000000" w:themeColor="text1"/>
          <w:lang w:val="ca-ES"/>
        </w:rPr>
        <w:t>, N. N. (</w:t>
      </w:r>
      <w:r>
        <w:rPr>
          <w:rFonts w:ascii="Times New Roman" w:hAnsi="Times New Roman" w:cs="Times New Roman"/>
          <w:color w:val="000000" w:themeColor="text1"/>
          <w:lang w:val="ca-ES"/>
        </w:rPr>
        <w:t>Any</w:t>
      </w:r>
      <w:r w:rsidR="00D46157" w:rsidRPr="00765FA0">
        <w:rPr>
          <w:rFonts w:ascii="Times New Roman" w:hAnsi="Times New Roman" w:cs="Times New Roman"/>
          <w:color w:val="000000" w:themeColor="text1"/>
          <w:lang w:val="ca-ES"/>
        </w:rPr>
        <w:t xml:space="preserve">, </w:t>
      </w:r>
      <w:r w:rsidRPr="00765FA0">
        <w:rPr>
          <w:rFonts w:ascii="Times New Roman" w:hAnsi="Times New Roman" w:cs="Times New Roman"/>
          <w:color w:val="000000" w:themeColor="text1"/>
          <w:lang w:val="ca-ES"/>
        </w:rPr>
        <w:t>dia</w:t>
      </w:r>
      <w:r w:rsidR="00D46157" w:rsidRPr="00765FA0">
        <w:rPr>
          <w:rFonts w:ascii="Times New Roman" w:hAnsi="Times New Roman" w:cs="Times New Roman"/>
          <w:color w:val="000000" w:themeColor="text1"/>
          <w:lang w:val="ca-ES"/>
        </w:rPr>
        <w:t xml:space="preserve"> de</w:t>
      </w:r>
      <w:r>
        <w:rPr>
          <w:rFonts w:ascii="Times New Roman" w:hAnsi="Times New Roman" w:cs="Times New Roman"/>
          <w:color w:val="000000" w:themeColor="text1"/>
          <w:lang w:val="ca-ES"/>
        </w:rPr>
        <w:t>l</w:t>
      </w:r>
      <w:r w:rsidR="00D46157" w:rsidRPr="00765FA0">
        <w:rPr>
          <w:rFonts w:ascii="Times New Roman" w:hAnsi="Times New Roman" w:cs="Times New Roman"/>
          <w:color w:val="000000" w:themeColor="text1"/>
          <w:lang w:val="ca-ES"/>
        </w:rPr>
        <w:t xml:space="preserve"> mes). </w:t>
      </w:r>
      <w:r w:rsidRPr="00765FA0">
        <w:rPr>
          <w:rFonts w:ascii="Times New Roman" w:hAnsi="Times New Roman" w:cs="Times New Roman"/>
          <w:color w:val="000000" w:themeColor="text1"/>
          <w:lang w:val="ca-ES"/>
        </w:rPr>
        <w:t>Títol</w:t>
      </w:r>
      <w:r w:rsidR="00D46157" w:rsidRPr="00765FA0">
        <w:rPr>
          <w:rFonts w:ascii="Times New Roman" w:hAnsi="Times New Roman" w:cs="Times New Roman"/>
          <w:color w:val="000000" w:themeColor="text1"/>
          <w:lang w:val="ca-ES"/>
        </w:rPr>
        <w:t xml:space="preserve"> de la not</w:t>
      </w:r>
      <w:r>
        <w:rPr>
          <w:rFonts w:ascii="Times New Roman" w:hAnsi="Times New Roman" w:cs="Times New Roman"/>
          <w:color w:val="000000" w:themeColor="text1"/>
          <w:lang w:val="ca-ES"/>
        </w:rPr>
        <w:t>í</w:t>
      </w:r>
      <w:r w:rsidR="00D46157" w:rsidRPr="00765FA0">
        <w:rPr>
          <w:rFonts w:ascii="Times New Roman" w:hAnsi="Times New Roman" w:cs="Times New Roman"/>
          <w:color w:val="000000" w:themeColor="text1"/>
          <w:lang w:val="ca-ES"/>
        </w:rPr>
        <w:t xml:space="preserve">cia. </w:t>
      </w:r>
      <w:r>
        <w:rPr>
          <w:rFonts w:ascii="Times New Roman" w:hAnsi="Times New Roman" w:cs="Times New Roman"/>
          <w:i/>
          <w:iCs/>
          <w:color w:val="000000" w:themeColor="text1"/>
          <w:lang w:val="ca-ES"/>
        </w:rPr>
        <w:t>Nom</w:t>
      </w:r>
      <w:r w:rsidR="00D46157" w:rsidRPr="00765FA0">
        <w:rPr>
          <w:rFonts w:ascii="Times New Roman" w:hAnsi="Times New Roman" w:cs="Times New Roman"/>
          <w:i/>
          <w:iCs/>
          <w:color w:val="000000" w:themeColor="text1"/>
          <w:lang w:val="ca-ES"/>
        </w:rPr>
        <w:t xml:space="preserve"> del </w:t>
      </w:r>
      <w:r w:rsidR="00EA7305" w:rsidRPr="00765FA0">
        <w:rPr>
          <w:rFonts w:ascii="Times New Roman" w:hAnsi="Times New Roman" w:cs="Times New Roman"/>
          <w:i/>
          <w:iCs/>
          <w:color w:val="000000" w:themeColor="text1"/>
          <w:lang w:val="ca-ES"/>
        </w:rPr>
        <w:t>m</w:t>
      </w:r>
      <w:r>
        <w:rPr>
          <w:rFonts w:ascii="Times New Roman" w:hAnsi="Times New Roman" w:cs="Times New Roman"/>
          <w:i/>
          <w:iCs/>
          <w:color w:val="000000" w:themeColor="text1"/>
          <w:lang w:val="ca-ES"/>
        </w:rPr>
        <w:t>itjà</w:t>
      </w:r>
      <w:r w:rsidR="00EA7305" w:rsidRPr="00765FA0">
        <w:rPr>
          <w:rFonts w:ascii="Times New Roman" w:hAnsi="Times New Roman" w:cs="Times New Roman"/>
          <w:i/>
          <w:iCs/>
          <w:color w:val="000000" w:themeColor="text1"/>
          <w:lang w:val="ca-ES"/>
        </w:rPr>
        <w:t xml:space="preserve"> de comunicació</w:t>
      </w:r>
      <w:r w:rsidR="00D46157" w:rsidRPr="00765FA0">
        <w:rPr>
          <w:rFonts w:ascii="Times New Roman" w:hAnsi="Times New Roman" w:cs="Times New Roman"/>
          <w:color w:val="000000" w:themeColor="text1"/>
          <w:lang w:val="ca-ES"/>
        </w:rPr>
        <w:t>. URL</w:t>
      </w:r>
      <w:bookmarkEnd w:id="0"/>
    </w:p>
    <w:sectPr w:rsidR="00A673A9" w:rsidRPr="00765FA0" w:rsidSect="00034616">
      <w:headerReference w:type="default" r:id="rId8"/>
      <w:footerReference w:type="even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1606B" w14:textId="77777777" w:rsidR="007E7B87" w:rsidRDefault="007E7B87" w:rsidP="00794A98">
      <w:pPr>
        <w:spacing w:after="0" w:line="240" w:lineRule="auto"/>
      </w:pPr>
      <w:r>
        <w:separator/>
      </w:r>
    </w:p>
  </w:endnote>
  <w:endnote w:type="continuationSeparator" w:id="0">
    <w:p w14:paraId="4B806A8C" w14:textId="77777777" w:rsidR="007E7B87" w:rsidRDefault="007E7B87" w:rsidP="00794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2125344149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06920E22" w14:textId="027AE2B1" w:rsidR="00A673A9" w:rsidRDefault="00A673A9" w:rsidP="0006668E">
        <w:pPr>
          <w:pStyle w:val="Peu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 w:rsidR="007E7B87"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61835649" w14:textId="77777777" w:rsidR="00A673A9" w:rsidRDefault="00A673A9" w:rsidP="00A673A9">
    <w:pPr>
      <w:pStyle w:val="Peu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  <w:rFonts w:ascii="Times New Roman" w:hAnsi="Times New Roman" w:cs="Times New Roman"/>
        <w:sz w:val="18"/>
        <w:szCs w:val="18"/>
      </w:rPr>
      <w:id w:val="-2059846812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30A74078" w14:textId="6175BFDC" w:rsidR="00A673A9" w:rsidRPr="00A673A9" w:rsidRDefault="00A673A9" w:rsidP="0006668E">
        <w:pPr>
          <w:pStyle w:val="Peu"/>
          <w:framePr w:wrap="none" w:vAnchor="text" w:hAnchor="margin" w:xAlign="right" w:y="1"/>
          <w:rPr>
            <w:rStyle w:val="Nmerodepgina"/>
            <w:rFonts w:ascii="Times New Roman" w:hAnsi="Times New Roman" w:cs="Times New Roman"/>
            <w:sz w:val="18"/>
            <w:szCs w:val="18"/>
          </w:rPr>
        </w:pPr>
        <w:r w:rsidRPr="00A673A9">
          <w:rPr>
            <w:rStyle w:val="Nmerodepgina"/>
            <w:rFonts w:ascii="Times New Roman" w:hAnsi="Times New Roman" w:cs="Times New Roman"/>
            <w:sz w:val="18"/>
            <w:szCs w:val="18"/>
          </w:rPr>
          <w:fldChar w:fldCharType="begin"/>
        </w:r>
        <w:r w:rsidRPr="00A673A9">
          <w:rPr>
            <w:rStyle w:val="Nmerodepgina"/>
            <w:rFonts w:ascii="Times New Roman" w:hAnsi="Times New Roman" w:cs="Times New Roman"/>
            <w:sz w:val="18"/>
            <w:szCs w:val="18"/>
          </w:rPr>
          <w:instrText xml:space="preserve"> PAGE </w:instrText>
        </w:r>
        <w:r w:rsidRPr="00A673A9">
          <w:rPr>
            <w:rStyle w:val="Nmerodepgina"/>
            <w:rFonts w:ascii="Times New Roman" w:hAnsi="Times New Roman" w:cs="Times New Roman"/>
            <w:sz w:val="18"/>
            <w:szCs w:val="18"/>
          </w:rPr>
          <w:fldChar w:fldCharType="separate"/>
        </w:r>
        <w:r w:rsidRPr="00A673A9">
          <w:rPr>
            <w:rStyle w:val="Nmerodepgina"/>
            <w:rFonts w:ascii="Times New Roman" w:hAnsi="Times New Roman" w:cs="Times New Roman"/>
            <w:noProof/>
            <w:sz w:val="18"/>
            <w:szCs w:val="18"/>
          </w:rPr>
          <w:t>1</w:t>
        </w:r>
        <w:r w:rsidRPr="00A673A9">
          <w:rPr>
            <w:rStyle w:val="Nmerodepgina"/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14:paraId="275CDD6C" w14:textId="77777777" w:rsidR="00A673A9" w:rsidRDefault="00A673A9" w:rsidP="00A673A9">
    <w:pPr>
      <w:pStyle w:val="Peu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B4743" w14:textId="77777777" w:rsidR="007E7B87" w:rsidRDefault="007E7B87" w:rsidP="00794A98">
      <w:pPr>
        <w:spacing w:after="0" w:line="240" w:lineRule="auto"/>
      </w:pPr>
      <w:r>
        <w:separator/>
      </w:r>
    </w:p>
  </w:footnote>
  <w:footnote w:type="continuationSeparator" w:id="0">
    <w:p w14:paraId="47C0C3B1" w14:textId="77777777" w:rsidR="007E7B87" w:rsidRDefault="007E7B87" w:rsidP="00794A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5CB01" w14:textId="22221661" w:rsidR="00794A98" w:rsidRPr="0013710A" w:rsidRDefault="00794A98" w:rsidP="009E0B29">
    <w:pPr>
      <w:spacing w:after="0"/>
      <w:jc w:val="center"/>
      <w:rPr>
        <w:rFonts w:ascii="Times New Roman" w:hAnsi="Times New Roman" w:cs="Times New Roman"/>
        <w:color w:val="000000" w:themeColor="text1"/>
        <w:sz w:val="18"/>
        <w:szCs w:val="18"/>
        <w:lang w:val="ca-ES"/>
      </w:rPr>
    </w:pPr>
    <w:bookmarkStart w:id="1" w:name="_Hlk221809121"/>
    <w:r w:rsidRPr="0013710A">
      <w:rPr>
        <w:rFonts w:ascii="Times New Roman" w:hAnsi="Times New Roman" w:cs="Times New Roman"/>
        <w:b/>
        <w:color w:val="000000" w:themeColor="text1"/>
        <w:sz w:val="18"/>
        <w:szCs w:val="18"/>
        <w:lang w:val="ca-ES"/>
      </w:rPr>
      <w:t>Congr</w:t>
    </w:r>
    <w:r w:rsidR="0013710A" w:rsidRPr="0013710A">
      <w:rPr>
        <w:rFonts w:ascii="Times New Roman" w:hAnsi="Times New Roman" w:cs="Times New Roman"/>
        <w:b/>
        <w:color w:val="000000" w:themeColor="text1"/>
        <w:sz w:val="18"/>
        <w:szCs w:val="18"/>
        <w:lang w:val="ca-ES"/>
      </w:rPr>
      <w:t>és</w:t>
    </w:r>
    <w:r w:rsidRPr="0013710A">
      <w:rPr>
        <w:rFonts w:ascii="Times New Roman" w:hAnsi="Times New Roman" w:cs="Times New Roman"/>
        <w:b/>
        <w:color w:val="000000" w:themeColor="text1"/>
        <w:sz w:val="18"/>
        <w:szCs w:val="18"/>
        <w:lang w:val="ca-ES"/>
      </w:rPr>
      <w:t xml:space="preserve"> Internacional sobre Capitalism</w:t>
    </w:r>
    <w:r w:rsidR="0013710A" w:rsidRPr="0013710A">
      <w:rPr>
        <w:rFonts w:ascii="Times New Roman" w:hAnsi="Times New Roman" w:cs="Times New Roman"/>
        <w:b/>
        <w:color w:val="000000" w:themeColor="text1"/>
        <w:sz w:val="18"/>
        <w:szCs w:val="18"/>
        <w:lang w:val="ca-ES"/>
      </w:rPr>
      <w:t>e</w:t>
    </w:r>
    <w:r w:rsidRPr="0013710A">
      <w:rPr>
        <w:rFonts w:ascii="Times New Roman" w:hAnsi="Times New Roman" w:cs="Times New Roman"/>
        <w:b/>
        <w:color w:val="000000" w:themeColor="text1"/>
        <w:sz w:val="18"/>
        <w:szCs w:val="18"/>
        <w:lang w:val="ca-ES"/>
      </w:rPr>
      <w:t xml:space="preserve"> </w:t>
    </w:r>
    <w:r w:rsidR="0013710A" w:rsidRPr="0013710A">
      <w:rPr>
        <w:rFonts w:ascii="Times New Roman" w:hAnsi="Times New Roman" w:cs="Times New Roman"/>
        <w:b/>
        <w:color w:val="000000" w:themeColor="text1"/>
        <w:sz w:val="18"/>
        <w:szCs w:val="18"/>
        <w:lang w:val="ca-ES"/>
      </w:rPr>
      <w:t>i</w:t>
    </w:r>
    <w:r w:rsidRPr="0013710A">
      <w:rPr>
        <w:rFonts w:ascii="Times New Roman" w:hAnsi="Times New Roman" w:cs="Times New Roman"/>
        <w:b/>
        <w:color w:val="000000" w:themeColor="text1"/>
        <w:sz w:val="18"/>
        <w:szCs w:val="18"/>
        <w:lang w:val="ca-ES"/>
      </w:rPr>
      <w:t xml:space="preserve"> Educació:</w:t>
    </w:r>
  </w:p>
  <w:p w14:paraId="0A09B684" w14:textId="6117DB53" w:rsidR="00794A98" w:rsidRPr="0013710A" w:rsidRDefault="0013710A" w:rsidP="009E0B29">
    <w:pPr>
      <w:spacing w:after="0"/>
      <w:jc w:val="center"/>
      <w:rPr>
        <w:rFonts w:ascii="Times New Roman" w:hAnsi="Times New Roman" w:cs="Times New Roman"/>
        <w:color w:val="000000" w:themeColor="text1"/>
        <w:sz w:val="18"/>
        <w:szCs w:val="18"/>
        <w:lang w:val="ca-ES"/>
      </w:rPr>
    </w:pPr>
    <w:r w:rsidRPr="0013710A">
      <w:rPr>
        <w:rFonts w:ascii="Times New Roman" w:hAnsi="Times New Roman" w:cs="Times New Roman"/>
        <w:b/>
        <w:color w:val="000000" w:themeColor="text1"/>
        <w:sz w:val="18"/>
        <w:szCs w:val="18"/>
        <w:lang w:val="ca-ES"/>
      </w:rPr>
      <w:t>Tecnologies</w:t>
    </w:r>
    <w:r w:rsidR="00794A98" w:rsidRPr="0013710A">
      <w:rPr>
        <w:rFonts w:ascii="Times New Roman" w:hAnsi="Times New Roman" w:cs="Times New Roman"/>
        <w:b/>
        <w:color w:val="000000" w:themeColor="text1"/>
        <w:sz w:val="18"/>
        <w:szCs w:val="18"/>
        <w:lang w:val="ca-ES"/>
      </w:rPr>
      <w:t xml:space="preserve"> </w:t>
    </w:r>
    <w:r w:rsidRPr="0013710A">
      <w:rPr>
        <w:rFonts w:ascii="Times New Roman" w:hAnsi="Times New Roman" w:cs="Times New Roman"/>
        <w:b/>
        <w:color w:val="000000" w:themeColor="text1"/>
        <w:sz w:val="18"/>
        <w:szCs w:val="18"/>
        <w:lang w:val="ca-ES"/>
      </w:rPr>
      <w:t>Digitals</w:t>
    </w:r>
    <w:r w:rsidR="00794A98" w:rsidRPr="0013710A">
      <w:rPr>
        <w:rFonts w:ascii="Times New Roman" w:hAnsi="Times New Roman" w:cs="Times New Roman"/>
        <w:b/>
        <w:color w:val="000000" w:themeColor="text1"/>
        <w:sz w:val="18"/>
        <w:szCs w:val="18"/>
        <w:lang w:val="ca-ES"/>
      </w:rPr>
      <w:t xml:space="preserve"> </w:t>
    </w:r>
    <w:r>
      <w:rPr>
        <w:rFonts w:ascii="Times New Roman" w:hAnsi="Times New Roman" w:cs="Times New Roman"/>
        <w:b/>
        <w:color w:val="000000" w:themeColor="text1"/>
        <w:sz w:val="18"/>
        <w:szCs w:val="18"/>
        <w:lang w:val="ca-ES"/>
      </w:rPr>
      <w:t>i</w:t>
    </w:r>
    <w:r w:rsidR="00794A98" w:rsidRPr="0013710A">
      <w:rPr>
        <w:rFonts w:ascii="Times New Roman" w:hAnsi="Times New Roman" w:cs="Times New Roman"/>
        <w:b/>
        <w:color w:val="000000" w:themeColor="text1"/>
        <w:sz w:val="18"/>
        <w:szCs w:val="18"/>
        <w:lang w:val="ca-ES"/>
      </w:rPr>
      <w:t xml:space="preserve"> Extrema </w:t>
    </w:r>
    <w:r w:rsidRPr="0013710A">
      <w:rPr>
        <w:rFonts w:ascii="Times New Roman" w:hAnsi="Times New Roman" w:cs="Times New Roman"/>
        <w:b/>
        <w:color w:val="000000" w:themeColor="text1"/>
        <w:sz w:val="18"/>
        <w:szCs w:val="18"/>
        <w:lang w:val="ca-ES"/>
      </w:rPr>
      <w:t>Dret</w:t>
    </w:r>
    <w:r>
      <w:rPr>
        <w:rFonts w:ascii="Times New Roman" w:hAnsi="Times New Roman" w:cs="Times New Roman"/>
        <w:b/>
        <w:color w:val="000000" w:themeColor="text1"/>
        <w:sz w:val="18"/>
        <w:szCs w:val="18"/>
        <w:lang w:val="ca-ES"/>
      </w:rPr>
      <w:t>a</w:t>
    </w:r>
  </w:p>
  <w:bookmarkEnd w:id="1"/>
  <w:p w14:paraId="2F064019" w14:textId="54E243E4" w:rsidR="00794A98" w:rsidRPr="0013710A" w:rsidRDefault="009E0B29" w:rsidP="009E0B29">
    <w:pPr>
      <w:spacing w:after="0"/>
      <w:jc w:val="center"/>
      <w:rPr>
        <w:rFonts w:ascii="Times New Roman" w:hAnsi="Times New Roman" w:cs="Times New Roman"/>
        <w:bCs/>
        <w:color w:val="000000" w:themeColor="text1"/>
        <w:sz w:val="18"/>
        <w:szCs w:val="18"/>
        <w:lang w:val="ca-ES"/>
      </w:rPr>
    </w:pPr>
    <w:r w:rsidRPr="0013710A">
      <w:rPr>
        <w:rFonts w:ascii="Times New Roman" w:hAnsi="Times New Roman" w:cs="Times New Roman"/>
        <w:noProof/>
        <w:color w:val="000000" w:themeColor="text1"/>
        <w:sz w:val="18"/>
        <w:szCs w:val="18"/>
        <w:lang w:val="ca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D5BD5A" wp14:editId="3CDBE3F1">
              <wp:simplePos x="0" y="0"/>
              <wp:positionH relativeFrom="column">
                <wp:posOffset>33655</wp:posOffset>
              </wp:positionH>
              <wp:positionV relativeFrom="paragraph">
                <wp:posOffset>182208</wp:posOffset>
              </wp:positionV>
              <wp:extent cx="5503333" cy="0"/>
              <wp:effectExtent l="50800" t="38100" r="34290" b="76200"/>
              <wp:wrapNone/>
              <wp:docPr id="329951503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03333" cy="0"/>
                      </a:xfrm>
                      <a:prstGeom prst="line">
                        <a:avLst/>
                      </a:prstGeom>
                      <a:ln>
                        <a:solidFill>
                          <a:srgbClr val="EE0000"/>
                        </a:solidFill>
                      </a:ln>
                    </wps:spPr>
                    <wps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66C68A05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65pt,14.35pt" to="436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" strokecolor="#e00" strokeweight="2pt">
              <v:shadow on="t" color="black" opacity="24903f" origin=",.5" offset="0,.55556mm"/>
            </v:line>
          </w:pict>
        </mc:Fallback>
      </mc:AlternateContent>
    </w:r>
    <w:r w:rsidR="00794A98" w:rsidRPr="0013710A">
      <w:rPr>
        <w:rFonts w:ascii="Times New Roman" w:hAnsi="Times New Roman" w:cs="Times New Roman"/>
        <w:bCs/>
        <w:color w:val="000000" w:themeColor="text1"/>
        <w:sz w:val="18"/>
        <w:szCs w:val="18"/>
        <w:lang w:val="ca-ES"/>
      </w:rPr>
      <w:t xml:space="preserve">Barcelona, 6–7 de </w:t>
    </w:r>
    <w:r w:rsidR="0013710A" w:rsidRPr="0013710A">
      <w:rPr>
        <w:rFonts w:ascii="Times New Roman" w:hAnsi="Times New Roman" w:cs="Times New Roman"/>
        <w:bCs/>
        <w:color w:val="000000" w:themeColor="text1"/>
        <w:sz w:val="18"/>
        <w:szCs w:val="18"/>
        <w:lang w:val="ca-ES"/>
      </w:rPr>
      <w:t>juliol</w:t>
    </w:r>
    <w:r w:rsidR="00794A98" w:rsidRPr="0013710A">
      <w:rPr>
        <w:rFonts w:ascii="Times New Roman" w:hAnsi="Times New Roman" w:cs="Times New Roman"/>
        <w:bCs/>
        <w:color w:val="000000" w:themeColor="text1"/>
        <w:sz w:val="18"/>
        <w:szCs w:val="18"/>
        <w:lang w:val="ca-ES"/>
      </w:rPr>
      <w:t xml:space="preserve"> de 2026</w:t>
    </w:r>
  </w:p>
  <w:p w14:paraId="7447DAD9" w14:textId="77777777" w:rsidR="00794A98" w:rsidRPr="0013710A" w:rsidRDefault="00794A98">
    <w:pPr>
      <w:pStyle w:val="Capalera"/>
      <w:rPr>
        <w:lang w:val="ca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listaambpic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listaambpic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listaambpic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6C06"/>
    <w:rsid w:val="00034616"/>
    <w:rsid w:val="0006063C"/>
    <w:rsid w:val="00093AC5"/>
    <w:rsid w:val="000B72BA"/>
    <w:rsid w:val="00114CC5"/>
    <w:rsid w:val="0013710A"/>
    <w:rsid w:val="0015074B"/>
    <w:rsid w:val="00151E65"/>
    <w:rsid w:val="001A0FCF"/>
    <w:rsid w:val="001E1386"/>
    <w:rsid w:val="001E4786"/>
    <w:rsid w:val="00252F45"/>
    <w:rsid w:val="00277F42"/>
    <w:rsid w:val="00293055"/>
    <w:rsid w:val="0029639D"/>
    <w:rsid w:val="00324E66"/>
    <w:rsid w:val="00326F90"/>
    <w:rsid w:val="00330921"/>
    <w:rsid w:val="00504454"/>
    <w:rsid w:val="00551381"/>
    <w:rsid w:val="00586274"/>
    <w:rsid w:val="00683627"/>
    <w:rsid w:val="0069733E"/>
    <w:rsid w:val="00765FA0"/>
    <w:rsid w:val="00794A98"/>
    <w:rsid w:val="007B4D5E"/>
    <w:rsid w:val="007E7B87"/>
    <w:rsid w:val="00836982"/>
    <w:rsid w:val="00836F25"/>
    <w:rsid w:val="00845F97"/>
    <w:rsid w:val="00885FEF"/>
    <w:rsid w:val="008F113F"/>
    <w:rsid w:val="00925AC3"/>
    <w:rsid w:val="0097573A"/>
    <w:rsid w:val="009E0B29"/>
    <w:rsid w:val="00A673A9"/>
    <w:rsid w:val="00AA1D8D"/>
    <w:rsid w:val="00AE1DDA"/>
    <w:rsid w:val="00AF1690"/>
    <w:rsid w:val="00B02C37"/>
    <w:rsid w:val="00B47730"/>
    <w:rsid w:val="00B96D13"/>
    <w:rsid w:val="00C102B6"/>
    <w:rsid w:val="00C96950"/>
    <w:rsid w:val="00CB0664"/>
    <w:rsid w:val="00CC45E8"/>
    <w:rsid w:val="00CC772B"/>
    <w:rsid w:val="00D23C4F"/>
    <w:rsid w:val="00D46157"/>
    <w:rsid w:val="00DC02D1"/>
    <w:rsid w:val="00E65DD8"/>
    <w:rsid w:val="00EA7305"/>
    <w:rsid w:val="00FA3A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07F6AFB"/>
  <w14:defaultImageDpi w14:val="300"/>
  <w15:docId w15:val="{4E504F39-627D-2B40-827D-86EA26F64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ol1">
    <w:name w:val="heading 1"/>
    <w:basedOn w:val="Normal"/>
    <w:next w:val="Normal"/>
    <w:link w:val="Ttol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E618BF"/>
  </w:style>
  <w:style w:type="paragraph" w:styleId="Peu">
    <w:name w:val="footer"/>
    <w:basedOn w:val="Normal"/>
    <w:link w:val="Peu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E618BF"/>
  </w:style>
  <w:style w:type="paragraph" w:styleId="Senseespaiat">
    <w:name w:val="No Spacing"/>
    <w:uiPriority w:val="1"/>
    <w:qFormat/>
    <w:rsid w:val="00FC693F"/>
    <w:pPr>
      <w:spacing w:after="0" w:line="240" w:lineRule="auto"/>
    </w:pPr>
  </w:style>
  <w:style w:type="character" w:customStyle="1" w:styleId="Ttol1Car">
    <w:name w:val="Títol 1 Car"/>
    <w:basedOn w:val="Lletraperdefectedelpargraf"/>
    <w:link w:val="Ttol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ol2Car">
    <w:name w:val="Títol 2 Car"/>
    <w:basedOn w:val="Lletraperdefectedelpargraf"/>
    <w:link w:val="Ttol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ol3Car">
    <w:name w:val="Títol 3 Car"/>
    <w:basedOn w:val="Lletraperdefectedelpargraf"/>
    <w:link w:val="Ttol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ol">
    <w:name w:val="Title"/>
    <w:basedOn w:val="Normal"/>
    <w:next w:val="Normal"/>
    <w:link w:val="Ttol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olCar">
    <w:name w:val="Títol Car"/>
    <w:basedOn w:val="Lletraperdefectedelpargraf"/>
    <w:link w:val="Tto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ol">
    <w:name w:val="Subtitle"/>
    <w:basedOn w:val="Normal"/>
    <w:next w:val="Normal"/>
    <w:link w:val="Subttol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olCar">
    <w:name w:val="Subtítol Car"/>
    <w:basedOn w:val="Lletraperdefectedelpargraf"/>
    <w:link w:val="Subtto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del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independent">
    <w:name w:val="Body Text"/>
    <w:basedOn w:val="Normal"/>
    <w:link w:val="TextindependentCar"/>
    <w:uiPriority w:val="99"/>
    <w:unhideWhenUsed/>
    <w:rsid w:val="00AA1D8D"/>
    <w:pPr>
      <w:spacing w:after="120"/>
    </w:pPr>
  </w:style>
  <w:style w:type="character" w:customStyle="1" w:styleId="TextindependentCar">
    <w:name w:val="Text independent Car"/>
    <w:basedOn w:val="Lletraperdefectedelpargraf"/>
    <w:link w:val="Textindependent"/>
    <w:uiPriority w:val="99"/>
    <w:rsid w:val="00AA1D8D"/>
  </w:style>
  <w:style w:type="paragraph" w:styleId="Textindependent2">
    <w:name w:val="Body Text 2"/>
    <w:basedOn w:val="Normal"/>
    <w:link w:val="Textindependent2Car"/>
    <w:uiPriority w:val="99"/>
    <w:unhideWhenUsed/>
    <w:rsid w:val="00AA1D8D"/>
    <w:pPr>
      <w:spacing w:after="120" w:line="480" w:lineRule="auto"/>
    </w:pPr>
  </w:style>
  <w:style w:type="character" w:customStyle="1" w:styleId="Textindependent2Car">
    <w:name w:val="Text independent 2 Car"/>
    <w:basedOn w:val="Lletraperdefectedelpargraf"/>
    <w:link w:val="Textindependent2"/>
    <w:uiPriority w:val="99"/>
    <w:rsid w:val="00AA1D8D"/>
  </w:style>
  <w:style w:type="paragraph" w:styleId="Textindependent3">
    <w:name w:val="Body Text 3"/>
    <w:basedOn w:val="Normal"/>
    <w:link w:val="Textindependent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independent3Car">
    <w:name w:val="Text independent 3 Car"/>
    <w:basedOn w:val="Lletraperdefectedelpargraf"/>
    <w:link w:val="Textindependent3"/>
    <w:uiPriority w:val="99"/>
    <w:rsid w:val="00AA1D8D"/>
    <w:rPr>
      <w:sz w:val="16"/>
      <w:szCs w:val="16"/>
    </w:rPr>
  </w:style>
  <w:style w:type="paragraph" w:styleId="L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listaambpic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listaambpic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listaambpic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cidel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cidel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cidel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demacro">
    <w:name w:val="macro"/>
    <w:link w:val="Text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demacroCar">
    <w:name w:val="Text de macro Car"/>
    <w:basedOn w:val="Lletraperdefectedelpargraf"/>
    <w:link w:val="Textde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Lletraperdefectedelpargraf"/>
    <w:link w:val="Cita"/>
    <w:uiPriority w:val="29"/>
    <w:rsid w:val="00FC693F"/>
    <w:rPr>
      <w:i/>
      <w:iCs/>
      <w:color w:val="000000" w:themeColor="text1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ennegreta">
    <w:name w:val="Strong"/>
    <w:basedOn w:val="Lletraperdefectedelpargraf"/>
    <w:uiPriority w:val="22"/>
    <w:qFormat/>
    <w:rsid w:val="00FC693F"/>
    <w:rPr>
      <w:b/>
      <w:bCs/>
    </w:rPr>
  </w:style>
  <w:style w:type="character" w:styleId="mfasi">
    <w:name w:val="Emphasis"/>
    <w:basedOn w:val="Lletraperdefectedelpargraf"/>
    <w:uiPriority w:val="20"/>
    <w:qFormat/>
    <w:rsid w:val="00FC693F"/>
    <w:rPr>
      <w:i/>
      <w:iCs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FC693F"/>
    <w:rPr>
      <w:b/>
      <w:bCs/>
      <w:i/>
      <w:iCs/>
      <w:color w:val="4F81BD" w:themeColor="accent1"/>
    </w:rPr>
  </w:style>
  <w:style w:type="character" w:styleId="mfasisubtil">
    <w:name w:val="Subtle Emphasis"/>
    <w:basedOn w:val="Lletraperdefectedelpargraf"/>
    <w:uiPriority w:val="19"/>
    <w:qFormat/>
    <w:rsid w:val="00FC693F"/>
    <w:rPr>
      <w:i/>
      <w:iCs/>
      <w:color w:val="808080" w:themeColor="text1" w:themeTint="7F"/>
    </w:rPr>
  </w:style>
  <w:style w:type="character" w:styleId="mfasiintens">
    <w:name w:val="Intense Emphasis"/>
    <w:basedOn w:val="Lletraperdefectedelpargraf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btil">
    <w:name w:val="Subtle Reference"/>
    <w:basedOn w:val="Lletraperdefectedelpargraf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Lletraperdefectedelpargraf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oldelllibre">
    <w:name w:val="Book Title"/>
    <w:basedOn w:val="Lletraperdefectedelpargraf"/>
    <w:uiPriority w:val="33"/>
    <w:qFormat/>
    <w:rsid w:val="00FC693F"/>
    <w:rPr>
      <w:b/>
      <w:bCs/>
      <w:smallCaps/>
      <w:spacing w:val="5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FC693F"/>
    <w:pPr>
      <w:outlineLvl w:val="9"/>
    </w:pPr>
  </w:style>
  <w:style w:type="table" w:styleId="Taulaambquadrcula">
    <w:name w:val="Table Grid"/>
    <w:basedOn w:val="Tau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ejatsuau">
    <w:name w:val="Light Shading"/>
    <w:basedOn w:val="Tau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mbrejatsuaumfasi1">
    <w:name w:val="Light Shading Accent 1"/>
    <w:basedOn w:val="Tau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mbrejatsuaumfasi2">
    <w:name w:val="Light Shading Accent 2"/>
    <w:basedOn w:val="Tau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Ombrejatsuaumfasi3">
    <w:name w:val="Light Shading Accent 3"/>
    <w:basedOn w:val="Tau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Ombrejatsuaumfasi4">
    <w:name w:val="Light Shading Accent 4"/>
    <w:basedOn w:val="Tau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Ombrejatsuaumfasi5">
    <w:name w:val="Light Shading Accent 5"/>
    <w:basedOn w:val="Tau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Ombrejatsuaumfasi6">
    <w:name w:val="Light Shading Accent 6"/>
    <w:basedOn w:val="Tau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listaclara">
    <w:name w:val="Light List"/>
    <w:basedOn w:val="Tau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listaclaramfasi1">
    <w:name w:val="Light List Accent 1"/>
    <w:basedOn w:val="Tau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listaclaramfasi2">
    <w:name w:val="Light List Accent 2"/>
    <w:basedOn w:val="Tau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listaclaramfasi3">
    <w:name w:val="Light List Accent 3"/>
    <w:basedOn w:val="Tau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listaclaramfasi4">
    <w:name w:val="Light List Accent 4"/>
    <w:basedOn w:val="Tau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listaclaramfasi5">
    <w:name w:val="Light List Accent 5"/>
    <w:basedOn w:val="Tau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listaclaramfasi6">
    <w:name w:val="Light List Accent 6"/>
    <w:basedOn w:val="Tau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Quadrculaclara">
    <w:name w:val="Light Grid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Quadrculaclaramfasi1">
    <w:name w:val="Light Grid Accent 1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Quadrculaclaramfasi2">
    <w:name w:val="Light Grid Accent 2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Quadrculaclaramfasi3">
    <w:name w:val="Light Grid Accent 3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Quadrculaclaramfasi4">
    <w:name w:val="Light Grid Accent 4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Quadrculaclaramfasi5">
    <w:name w:val="Light Grid Accent 5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Quadrculaclaramfasi6">
    <w:name w:val="Light Grid Accent 6"/>
    <w:basedOn w:val="Tau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mbrejatmitj1">
    <w:name w:val="Medium Shading 1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1mfasi1">
    <w:name w:val="Medium Shading 1 Accent 1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1mfasi2">
    <w:name w:val="Medium Shading 1 Accent 2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1mfasi3">
    <w:name w:val="Medium Shading 1 Accent 3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1mfasi4">
    <w:name w:val="Medium Shading 1 Accent 4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1mfasi5">
    <w:name w:val="Medium Shading 1 Accent 5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1mfasi6">
    <w:name w:val="Medium Shading 1 Accent 6"/>
    <w:basedOn w:val="Tau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mbrejatmitj2">
    <w:name w:val="Medium Shading 2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mbrejatmitj2mfasi1">
    <w:name w:val="Medium Shading 2 Accent 1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mbrejatmitj2mfasi2">
    <w:name w:val="Medium Shading 2 Accent 2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mbrejatmitj2mfasi3">
    <w:name w:val="Medium Shading 2 Accent 3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mbrejatmitj2mfasi4">
    <w:name w:val="Medium Shading 2 Accent 4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mbrejatmitj2mfasi5">
    <w:name w:val="Medium Shading 2 Accent 5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mbrejatmitj2mfasi6">
    <w:name w:val="Medium Shading 2 Accent 6"/>
    <w:basedOn w:val="Tau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listamitjana1">
    <w:name w:val="Medium List 1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listamitjana1mfasi1">
    <w:name w:val="Medium List 1 Accent 1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listamitjana1mfasi2">
    <w:name w:val="Medium List 1 Accent 2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listamitjana1mfasi3">
    <w:name w:val="Medium List 1 Accent 3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listamitjana1mfasi4">
    <w:name w:val="Medium List 1 Accent 4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listamitjana1mfasi5">
    <w:name w:val="Medium List 1 Accent 5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listamitjana1mfasi6">
    <w:name w:val="Medium List 1 Accent 6"/>
    <w:basedOn w:val="Tau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listamitjana2">
    <w:name w:val="Medium List 2"/>
    <w:basedOn w:val="Tau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listamitjana2mfasi1">
    <w:name w:val="Medium List 2 Accent 1"/>
    <w:basedOn w:val="Tau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listamitjana2mfasi2">
    <w:name w:val="Medium List 2 Accent 2"/>
    <w:basedOn w:val="Tau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listamitjana2mfasi3">
    <w:name w:val="Medium List 2 Accent 3"/>
    <w:basedOn w:val="Tau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listamitjana2mfasi4">
    <w:name w:val="Medium List 2 Accent 4"/>
    <w:basedOn w:val="Tau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listamitjana2mfasi5">
    <w:name w:val="Medium List 2 Accent 5"/>
    <w:basedOn w:val="Tau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listamitjana2mfasi6">
    <w:name w:val="Medium List 2 Accent 6"/>
    <w:basedOn w:val="Tau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Quadrculamitjana1">
    <w:name w:val="Medium Grid 1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Quadrculamitjana1mfasi1">
    <w:name w:val="Medium Grid 1 Accent 1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Quadrculamitjana1mfasi2">
    <w:name w:val="Medium Grid 1 Accent 2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Quadrculamitjana1mfasi3">
    <w:name w:val="Medium Grid 1 Accent 3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Quadrculamitjana1mfasi4">
    <w:name w:val="Medium Grid 1 Accent 4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Quadrculamitjana1mfasi5">
    <w:name w:val="Medium Grid 1 Accent 5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Quadrculamitjana1mfasi6">
    <w:name w:val="Medium Grid 1 Accent 6"/>
    <w:basedOn w:val="Tau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Quadrculamitjana2">
    <w:name w:val="Medium Grid 2"/>
    <w:basedOn w:val="Tau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2mfasi1">
    <w:name w:val="Medium Grid 2 Accent 1"/>
    <w:basedOn w:val="Tau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2mfasi2">
    <w:name w:val="Medium Grid 2 Accent 2"/>
    <w:basedOn w:val="Tau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2mfasi3">
    <w:name w:val="Medium Grid 2 Accent 3"/>
    <w:basedOn w:val="Tau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2mfasi4">
    <w:name w:val="Medium Grid 2 Accent 4"/>
    <w:basedOn w:val="Tau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2mfasi5">
    <w:name w:val="Medium Grid 2 Accent 5"/>
    <w:basedOn w:val="Tau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2mfasi6">
    <w:name w:val="Medium Grid 2 Accent 6"/>
    <w:basedOn w:val="Tau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Quadrculamitjana3">
    <w:name w:val="Medium Grid 3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Quadrculamitjana3mfasi1">
    <w:name w:val="Medium Grid 3 Accent 1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Quadrculamitjana3mfasi2">
    <w:name w:val="Medium Grid 3 Accent 2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Quadrculamitjana3mfasi3">
    <w:name w:val="Medium Grid 3 Accent 3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Quadrculamitjana3mfasi4">
    <w:name w:val="Medium Grid 3 Accent 4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Quadrculamitjana3mfasi5">
    <w:name w:val="Medium Grid 3 Accent 5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Quadrculamitjana3mfasi6">
    <w:name w:val="Medium Grid 3 Accent 6"/>
    <w:basedOn w:val="Tau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listafosca">
    <w:name w:val="Dark List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listafoscamfasi1">
    <w:name w:val="Dark List Accent 1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listafoscamfasi2">
    <w:name w:val="Dark List Accent 2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listafoscamfasi3">
    <w:name w:val="Dark List Accent 3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listafoscamfasi4">
    <w:name w:val="Dark List Accent 4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listafoscamfasi5">
    <w:name w:val="Dark List Accent 5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listafoscamfasi6">
    <w:name w:val="Dark List Accent 6"/>
    <w:basedOn w:val="Tau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mbrejatmulticolor">
    <w:name w:val="Colorful Shading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mbrejatmulticolormfasi1">
    <w:name w:val="Colorful Shading Accent 1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mbrejatmulticolormfasi2">
    <w:name w:val="Colorful Shading Accent 2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mbrejatmulticolormfasi3">
    <w:name w:val="Colorful Shading Accent 3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mbrejatmulticolormfasi4">
    <w:name w:val="Colorful Shading Accent 4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mbrejatmulticolormfasi5">
    <w:name w:val="Colorful Shading Accent 5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mbrejatmulticolormfasi6">
    <w:name w:val="Colorful Shading Accent 6"/>
    <w:basedOn w:val="Tau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listamulticolor">
    <w:name w:val="Colorful List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listamulticolormfasi1">
    <w:name w:val="Colorful List Accent 1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listamulticolormfasi2">
    <w:name w:val="Colorful List Accent 2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listamulticolormfasi3">
    <w:name w:val="Colorful List Accent 3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listamulticolormfasi4">
    <w:name w:val="Colorful List Accent 4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listamulticolormfasi5">
    <w:name w:val="Colorful List Accent 5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listamulticolormfasi6">
    <w:name w:val="Colorful List Accent 6"/>
    <w:basedOn w:val="Tau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Quadrculamulticolor">
    <w:name w:val="Colorful Grid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Quadrculamulticolormfasi1">
    <w:name w:val="Colorful Grid Accent 1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Quadrculamulticolormfasi2">
    <w:name w:val="Colorful Grid Accent 2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Quadrculamulticolormfasi3">
    <w:name w:val="Colorful Grid Accent 3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Quadrculamulticolormfasi4">
    <w:name w:val="Colorful Grid Accent 4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Quadrculamulticolormfasi5">
    <w:name w:val="Colorful Grid Accent 5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Quadrculamulticolormfasi6">
    <w:name w:val="Colorful Grid Accent 6"/>
    <w:basedOn w:val="Tau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Enlla">
    <w:name w:val="Hyperlink"/>
    <w:basedOn w:val="Lletraperdefectedelpargraf"/>
    <w:uiPriority w:val="99"/>
    <w:unhideWhenUsed/>
    <w:rsid w:val="00B96D13"/>
    <w:rPr>
      <w:color w:val="0000FF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B96D13"/>
    <w:rPr>
      <w:color w:val="605E5C"/>
      <w:shd w:val="clear" w:color="auto" w:fill="E1DFDD"/>
    </w:rPr>
  </w:style>
  <w:style w:type="character" w:styleId="Nmerodepgina">
    <w:name w:val="page number"/>
    <w:basedOn w:val="Lletraperdefectedelpargraf"/>
    <w:uiPriority w:val="99"/>
    <w:semiHidden/>
    <w:unhideWhenUsed/>
    <w:rsid w:val="00A67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6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/>
  <LinksUpToDate>false</LinksUpToDate>
  <CharactersWithSpaces>1495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 Saura</dc:creator>
  <cp:keywords/>
  <dc:description/>
  <cp:lastModifiedBy>Jordi Casas Romero</cp:lastModifiedBy>
  <cp:revision>4</cp:revision>
  <cp:lastPrinted>2026-01-25T17:46:00Z</cp:lastPrinted>
  <dcterms:created xsi:type="dcterms:W3CDTF">2026-02-12T16:06:00Z</dcterms:created>
  <dcterms:modified xsi:type="dcterms:W3CDTF">2026-02-12T16:25:00Z</dcterms:modified>
  <cp:category/>
</cp:coreProperties>
</file>